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F97E20" w:rsidRPr="007844EA" w14:paraId="22EFA3C5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4561F7C" w14:textId="77777777" w:rsidR="00F97E20" w:rsidRPr="007844EA" w:rsidRDefault="00F97E20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389932" wp14:editId="1B59F71F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702D69A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F97E20" w:rsidRPr="007844EA" w14:paraId="64D618D4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E6A7D87" w14:textId="77777777" w:rsidR="00F97E20" w:rsidRPr="007844EA" w:rsidRDefault="00F97E20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65E9064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F97E20" w:rsidRPr="007844EA" w14:paraId="124850F5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4836851" w14:textId="77777777" w:rsidR="00F97E20" w:rsidRPr="007844EA" w:rsidRDefault="00F97E20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045A319" w14:textId="77777777" w:rsidR="00F97E20" w:rsidRPr="007844EA" w:rsidRDefault="00F97E20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4A8ECE59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38F051F" w14:textId="77777777" w:rsidR="00F97E20" w:rsidRPr="007844EA" w:rsidRDefault="00F97E20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00C45979" w14:textId="77777777" w:rsidR="00F97E20" w:rsidRDefault="00F97E20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07A916F5" w14:textId="77777777" w:rsidR="00F97E20" w:rsidRPr="007844EA" w:rsidRDefault="00F97E20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7CE2579E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F97E20" w:rsidRPr="007844EA" w14:paraId="1ACDD060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B568F4E" w14:textId="77777777" w:rsidR="00F97E20" w:rsidRPr="007844EA" w:rsidRDefault="00F97E20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2C4AE67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E63840E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F97E20" w:rsidRPr="007844EA" w14:paraId="280454DE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4BFAAB2" w14:textId="77777777" w:rsidR="00F97E20" w:rsidRPr="007844EA" w:rsidRDefault="00F97E20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22C59A06" w14:textId="77777777" w:rsidR="008E6085" w:rsidRPr="007844EA" w:rsidRDefault="008E6085" w:rsidP="008E608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2D72B2CD" w14:textId="77777777" w:rsidTr="0003016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C1003E9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03016D" w:rsidRPr="008E6085" w14:paraId="1736D29B" w14:textId="77777777" w:rsidTr="0003016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0D1E2E8" w14:textId="77777777" w:rsidR="0003016D" w:rsidRPr="00E331DE" w:rsidRDefault="0003016D" w:rsidP="0003016D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24421BF2" w14:textId="2EFA9727" w:rsidR="0003016D" w:rsidRPr="008E6085" w:rsidRDefault="0003016D" w:rsidP="0003016D">
            <w:pPr>
              <w:spacing w:after="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03016D" w:rsidRPr="008E6085" w14:paraId="2FBF9192" w14:textId="77777777" w:rsidTr="0003016D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D3A46EC" w14:textId="43B90052" w:rsidR="0003016D" w:rsidRPr="008E6085" w:rsidRDefault="0003016D" w:rsidP="0003016D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63404C9A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6C782F" w:rsidRPr="008E6085" w14:paraId="69D7A95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4C7A37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6C782F" w:rsidRPr="008E6085" w14:paraId="56CC3A5C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188013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A26A1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6C782F" w:rsidRPr="008E6085" w14:paraId="1D7D41D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E7C4F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Act de </w:t>
            </w: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identitate</w:t>
            </w:r>
            <w:proofErr w:type="spellEnd"/>
          </w:p>
        </w:tc>
      </w:tr>
      <w:tr w:rsidR="006C782F" w:rsidRPr="008E6085" w14:paraId="478ECC39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954328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22E8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  <w:proofErr w:type="spellEnd"/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C3DEAE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E68DA6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6C782F" w:rsidRPr="008E6085" w14:paraId="7136ACF9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C3D92D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  <w:proofErr w:type="spellEnd"/>
          </w:p>
        </w:tc>
      </w:tr>
      <w:tr w:rsidR="006C782F" w:rsidRPr="008E6085" w14:paraId="7798F5A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96C41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7EE8FE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612BAE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202CD62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215CBC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3895A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AD1C5C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C9DB0F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89B0B2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F08016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12AC0A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173A52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1F6A3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6C782F" w:rsidRPr="008E6085" w14:paraId="64E51B0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372BA7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368572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6C782F" w:rsidRPr="008E6085" w14:paraId="30D2FCC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4BF3C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  <w:proofErr w:type="spellEnd"/>
          </w:p>
        </w:tc>
      </w:tr>
      <w:tr w:rsidR="006C782F" w:rsidRPr="008E6085" w14:paraId="01237093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37DA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calitate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reprezentant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BC841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 w14:paraId="47A25633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3C37762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9D1AF1B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3. TITULAR AL</w:t>
            </w:r>
          </w:p>
        </w:tc>
      </w:tr>
      <w:tr w:rsidR="006C782F" w:rsidRPr="008E6085" w14:paraId="1C3B2E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6BD6E3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proprietate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imobilului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real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corespunzător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proprietății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creanță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potrivit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art. 248 alin. (2) din Legea nr. 169/2026</w:t>
            </w:r>
          </w:p>
        </w:tc>
      </w:tr>
    </w:tbl>
    <w:p w14:paraId="257FF027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782F" w:rsidRPr="008E6085" w14:paraId="2AF5EEC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82CD50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4. TITULAR AL</w:t>
            </w:r>
          </w:p>
        </w:tc>
      </w:tr>
      <w:tr w:rsidR="006C782F" w:rsidRPr="008E6085" w14:paraId="027615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7D5EB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Certificatului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urbanism nr. / </w:t>
            </w:r>
            <w:proofErr w:type="gram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4B302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</w:t>
            </w:r>
          </w:p>
        </w:tc>
      </w:tr>
    </w:tbl>
    <w:p w14:paraId="0723720C" w14:textId="77777777" w:rsidR="006C782F" w:rsidRPr="008E6085" w:rsidRDefault="003815A3">
      <w:pPr>
        <w:spacing w:before="60" w:after="40" w:line="240" w:lineRule="auto"/>
        <w:jc w:val="center"/>
        <w:rPr>
          <w:sz w:val="24"/>
          <w:szCs w:val="24"/>
        </w:rPr>
      </w:pPr>
      <w:proofErr w:type="spellStart"/>
      <w:r w:rsidRPr="008E6085">
        <w:rPr>
          <w:rFonts w:ascii="Times New Roman" w:hAnsi="Times New Roman"/>
          <w:sz w:val="18"/>
          <w:szCs w:val="24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conformitate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cu </w:t>
      </w:r>
      <w:proofErr w:type="spellStart"/>
      <w:r w:rsidRPr="008E6085">
        <w:rPr>
          <w:rFonts w:ascii="Times New Roman" w:hAnsi="Times New Roman"/>
          <w:sz w:val="18"/>
          <w:szCs w:val="24"/>
        </w:rPr>
        <w:t>prevederile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Legii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nr. 169/2026 </w:t>
      </w:r>
      <w:proofErr w:type="spellStart"/>
      <w:r w:rsidRPr="008E6085">
        <w:rPr>
          <w:rFonts w:ascii="Times New Roman" w:hAnsi="Times New Roman"/>
          <w:sz w:val="18"/>
          <w:szCs w:val="24"/>
        </w:rPr>
        <w:t>privind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Codul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amenajării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teritoriului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</w:rPr>
        <w:t>urbanismului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și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construcțiilor</w:t>
      </w:r>
      <w:proofErr w:type="spellEnd"/>
      <w:r w:rsidRPr="008E6085">
        <w:rPr>
          <w:rFonts w:ascii="Times New Roman" w:hAnsi="Times New Roman"/>
          <w:sz w:val="18"/>
          <w:szCs w:val="24"/>
        </w:rPr>
        <w:t>,</w:t>
      </w:r>
      <w:r w:rsidRPr="008E6085">
        <w:rPr>
          <w:rFonts w:ascii="Times New Roman" w:hAnsi="Times New Roman"/>
          <w:sz w:val="18"/>
          <w:szCs w:val="24"/>
        </w:rPr>
        <w:br/>
        <w:t xml:space="preserve">solicit </w:t>
      </w:r>
      <w:proofErr w:type="spellStart"/>
      <w:r w:rsidRPr="008E6085">
        <w:rPr>
          <w:rFonts w:ascii="Times New Roman" w:hAnsi="Times New Roman"/>
          <w:sz w:val="18"/>
          <w:szCs w:val="24"/>
        </w:rPr>
        <w:t>emiterea</w:t>
      </w:r>
      <w:proofErr w:type="spellEnd"/>
      <w:r w:rsidRPr="008E6085">
        <w:rPr>
          <w:rFonts w:ascii="Times New Roman" w:hAnsi="Times New Roman"/>
          <w:sz w:val="18"/>
          <w:szCs w:val="24"/>
        </w:rPr>
        <w:br/>
      </w:r>
      <w:proofErr w:type="spellStart"/>
      <w:r w:rsidRPr="008E6085">
        <w:rPr>
          <w:rFonts w:ascii="Times New Roman" w:hAnsi="Times New Roman"/>
          <w:b/>
          <w:szCs w:val="24"/>
        </w:rPr>
        <w:t>Autorizației</w:t>
      </w:r>
      <w:proofErr w:type="spellEnd"/>
      <w:r w:rsidRPr="008E6085">
        <w:rPr>
          <w:rFonts w:ascii="Times New Roman" w:hAnsi="Times New Roman"/>
          <w:b/>
          <w:szCs w:val="24"/>
        </w:rPr>
        <w:t xml:space="preserve"> de ☐ </w:t>
      </w:r>
      <w:proofErr w:type="spellStart"/>
      <w:r w:rsidRPr="008E6085">
        <w:rPr>
          <w:rFonts w:ascii="Times New Roman" w:hAnsi="Times New Roman"/>
          <w:b/>
          <w:szCs w:val="24"/>
        </w:rPr>
        <w:t>construire</w:t>
      </w:r>
      <w:proofErr w:type="spellEnd"/>
      <w:r w:rsidRPr="008E6085">
        <w:rPr>
          <w:rFonts w:ascii="Times New Roman" w:hAnsi="Times New Roman"/>
          <w:b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Cs w:val="24"/>
        </w:rPr>
        <w:t>desființare</w:t>
      </w:r>
      <w:proofErr w:type="spellEnd"/>
      <w:r w:rsidRPr="008E6085">
        <w:rPr>
          <w:rFonts w:ascii="Times New Roman" w:hAnsi="Times New Roman"/>
          <w:b/>
          <w:szCs w:val="24"/>
        </w:rPr>
        <w:br/>
      </w:r>
      <w:r w:rsidRPr="008E6085">
        <w:rPr>
          <w:rFonts w:ascii="Times New Roman" w:hAnsi="Times New Roman"/>
          <w:b/>
          <w:sz w:val="20"/>
          <w:szCs w:val="24"/>
        </w:rPr>
        <w:t xml:space="preserve">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clădiri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amenajări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lucrări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inginerești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construcții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speciale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br/>
        <w:t xml:space="preserve">precum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a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amenajare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gramStart"/>
      <w:r w:rsidRPr="008E6085">
        <w:rPr>
          <w:rFonts w:ascii="Times New Roman" w:hAnsi="Times New Roman"/>
          <w:b/>
          <w:sz w:val="20"/>
          <w:szCs w:val="24"/>
        </w:rPr>
        <w:t>a</w:t>
      </w:r>
      <w:proofErr w:type="gram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organizării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execuției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68C590D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5DADFB8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5. ÎN SCOPUL REALIZĂRII OBIECTIVULUI / OBIECTULUI DE INVESTIȚII</w:t>
            </w:r>
          </w:p>
        </w:tc>
      </w:tr>
      <w:tr w:rsidR="006C782F" w:rsidRPr="008E6085" w14:paraId="60F38C6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E53691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include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cel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puțin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funcțiunea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principală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secundare</w:t>
            </w:r>
            <w:proofErr w:type="spellEnd"/>
          </w:p>
        </w:tc>
      </w:tr>
      <w:tr w:rsidR="006C782F" w:rsidRPr="008E6085" w14:paraId="7BB63D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DCE0A" w14:textId="77777777" w:rsidR="006C782F" w:rsidRPr="008E6085" w:rsidRDefault="003815A3">
            <w:pPr>
              <w:spacing w:before="80" w:after="4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B4B4B4"/>
                <w:sz w:val="18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9560F1D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6C782F" w:rsidRPr="008E6085" w14:paraId="1AAAB9B9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58E99B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6. IMOBIL / IMOBILE</w:t>
            </w:r>
          </w:p>
        </w:tc>
      </w:tr>
      <w:tr w:rsidR="006C782F" w:rsidRPr="008E6085" w14:paraId="7EC896D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2A3BE4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fiecare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completează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obligatoriu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câte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o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anexă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tehnică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;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celelalte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înscriu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anexa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.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1</w:t>
            </w:r>
          </w:p>
        </w:tc>
      </w:tr>
      <w:tr w:rsidR="006C782F" w:rsidRPr="008E6085" w14:paraId="6468480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04FB48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CCCC98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75CF67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323F4F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FA0776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A12A1F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7DC1C8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31A04E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41E4F60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BFA89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EB2685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D5A9FA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8AB009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3435D2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8898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</w:tbl>
    <w:p w14:paraId="6DE575E9" w14:textId="77777777" w:rsidR="006C782F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p w14:paraId="24440EFD" w14:textId="77777777" w:rsidR="0022364E" w:rsidRDefault="0022364E" w:rsidP="0022364E">
      <w:pPr>
        <w:spacing w:after="20" w:line="240" w:lineRule="auto"/>
      </w:pPr>
      <w:r>
        <w:rPr>
          <w:rFonts w:ascii="Times New Roman" w:hAnsi="Times New Roman"/>
          <w:color w:val="787878"/>
          <w:sz w:val="14"/>
        </w:rPr>
        <w:lastRenderedPageBreak/>
        <w:t xml:space="preserve">F_A_01 · </w:t>
      </w:r>
      <w:proofErr w:type="spellStart"/>
      <w:r>
        <w:rPr>
          <w:rFonts w:ascii="Times New Roman" w:hAnsi="Times New Roman"/>
          <w:color w:val="787878"/>
          <w:sz w:val="14"/>
        </w:rPr>
        <w:t>versiunea</w:t>
      </w:r>
      <w:proofErr w:type="spellEnd"/>
      <w:r>
        <w:rPr>
          <w:rFonts w:ascii="Times New Roman" w:hAnsi="Times New Roman"/>
          <w:color w:val="787878"/>
          <w:sz w:val="14"/>
        </w:rPr>
        <w:t xml:space="preserve"> 1.0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2B9FB6F9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61FFC119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7. PROIECTUL ATAȘAT ȘI ECHIPA DE PROIECTARE</w:t>
            </w:r>
          </w:p>
        </w:tc>
      </w:tr>
      <w:tr w:rsidR="0022364E" w:rsidRPr="008573A8" w14:paraId="5E7769A3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93B2E99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amenajării</w:t>
            </w:r>
            <w:proofErr w:type="spellEnd"/>
          </w:p>
        </w:tc>
      </w:tr>
      <w:tr w:rsidR="0022364E" w:rsidRPr="008573A8" w14:paraId="11D0592F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61C8C0D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proiectului</w:t>
            </w:r>
            <w:proofErr w:type="spellEnd"/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0358F89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Elaborator (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denumire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+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)</w:t>
            </w:r>
          </w:p>
        </w:tc>
      </w:tr>
      <w:tr w:rsidR="0022364E" w:rsidRPr="008573A8" w14:paraId="13478312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0FA0E76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Proiectant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autor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conductor /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de interior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140962B1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TNA</w:t>
            </w: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71BDF0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Ingineri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pe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specialități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</w:tr>
    </w:tbl>
    <w:p w14:paraId="397C06D5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22364E" w:rsidRPr="008573A8" w14:paraId="49FE58B1" w14:textId="77777777" w:rsidTr="00CD1B01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661EE32E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8. CLASA DE CONSECINȚE / VERIFICAREA TEHNICĂ</w:t>
            </w:r>
          </w:p>
        </w:tc>
      </w:tr>
      <w:tr w:rsidR="0022364E" w:rsidRPr="008573A8" w14:paraId="5828B04D" w14:textId="77777777" w:rsidTr="00CD1B01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D9D573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>☐ CC 1 / NVP 1     ☐ CC 2 / NVP 2     ☐ CC 3 / NVP 3     ☐ CC 4 / NVP 4</w:t>
            </w:r>
          </w:p>
        </w:tc>
      </w:tr>
      <w:tr w:rsidR="0022364E" w:rsidRPr="008573A8" w14:paraId="6335A7A9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C005E7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53451DF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474F6948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1C6DDB75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securitate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incendiu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D88E1E8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37CE7187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C86CD7E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igienă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sănătate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mediu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înconjurător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6A86288C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0608FB78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5E62CC0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siguranță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accesibilitate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exploatare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6A4F7A05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3FD330AA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1A3E26B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protecție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împotriva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zgomotului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731E2B6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428CEC3E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3FECDB7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economie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energie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izolare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termică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126A4CD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</w:tbl>
    <w:p w14:paraId="334FE0F7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427E7A3B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1A762BE4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9. VALORI ȘI DURATĂ</w:t>
            </w:r>
          </w:p>
        </w:tc>
      </w:tr>
      <w:tr w:rsidR="0022364E" w:rsidRPr="008573A8" w14:paraId="5F007F3F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9241050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Valoarea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supuse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autorizării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7928F99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Valoarea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5C9BC5CF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Durata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estimată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execuție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luni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)</w:t>
            </w:r>
          </w:p>
        </w:tc>
      </w:tr>
    </w:tbl>
    <w:p w14:paraId="311E870E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22364E" w:rsidRPr="008573A8" w14:paraId="7678D4F4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" w:type="dxa"/>
              <w:left w:w="20" w:type="dxa"/>
              <w:bottom w:w="2" w:type="dxa"/>
              <w:right w:w="20" w:type="dxa"/>
            </w:tcMar>
          </w:tcPr>
          <w:p w14:paraId="7B2FDE87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10. ANEXEZ LA PREZENTA CERERE</w:t>
            </w:r>
          </w:p>
        </w:tc>
      </w:tr>
      <w:tr w:rsidR="0022364E" w:rsidRPr="008573A8" w14:paraId="3CF0F43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48E94D9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a) extras de plan cadastral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actualizat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extras de carte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funciară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actualizat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nu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mai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vechi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30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zile</w:t>
            </w:r>
            <w:proofErr w:type="spellEnd"/>
          </w:p>
        </w:tc>
      </w:tr>
      <w:tr w:rsidR="0022364E" w:rsidRPr="008573A8" w14:paraId="5D8D4DB5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02D5C258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b)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atestă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dreptul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baza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căruia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titularul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poate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solicita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emiterea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conform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41B4F59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0EB0B4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c)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construcțiilor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amenajării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organizării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șantier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după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(2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exemplare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original,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format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letric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acolo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unde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autoritatea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posibilitatea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gramStart"/>
            <w:r w:rsidRPr="008573A8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arhiva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format digital)</w:t>
            </w:r>
          </w:p>
        </w:tc>
      </w:tr>
      <w:tr w:rsidR="0022364E" w:rsidRPr="008573A8" w14:paraId="4716C7B6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6BFCC8B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d)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referatele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verificare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ale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corespunzător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clasei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consecințe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8573A8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câte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0AA46E3A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FF87B71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e)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avizele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acordurile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certificatul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urbanism nr. ...... din ....................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câte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731AA6FE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125682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avizele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acordurile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anexate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enumerare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br/>
            </w:r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2364E" w:rsidRPr="008573A8" w14:paraId="744A654F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08548E5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f)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punctul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administrativ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autorității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competente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protecția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mediului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fost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solicitată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evaluarea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mediu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399193A1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51D8C05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g)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declarația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pe propria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răspundere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anumite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se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invocă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tacită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(original)</w:t>
            </w:r>
          </w:p>
        </w:tc>
      </w:tr>
      <w:tr w:rsidR="0022364E" w:rsidRPr="008573A8" w14:paraId="4B446A0C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20D94BFA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h)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vecinilor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4ABC7874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AA518F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expertiză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preliminară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influența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vecinătăților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4B54436F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3B65CC1D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j)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rapoartele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expertiză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securitate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incendiu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precum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celelalte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E5A923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7AABDD6D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k)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minime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conformare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unei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consum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energie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aproape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egal cu zero,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3FF8F712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3A805F2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l)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audit energetic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creșterii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performanței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energetice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1013694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D2B456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m)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administratorului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drumului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lucrările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executate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public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infrastructura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tehnico-edilitară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acces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original)</w:t>
            </w:r>
          </w:p>
        </w:tc>
      </w:tr>
      <w:tr w:rsidR="0022364E" w:rsidRPr="008573A8" w14:paraId="32FC4339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53BA73E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n)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dovada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evidență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către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Ordinul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Arhitecților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din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România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61637A3C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2ABBC4C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o)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devizul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general 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investiții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36C675D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0554CB4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p)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documentele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plată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taxelor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legale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1D3A02AE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0C629B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q)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anexa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emiterea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completată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toate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elementele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necesare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descrierii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(2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exemplare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01838520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55859A76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Declar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 propria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răspundere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sub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sancțiunea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Codului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penal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infracțiunea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fals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declarații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datele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menționate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prezenta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cerere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sunt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reale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exacte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mă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angajez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executarea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realizeze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respectarea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aferent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vizat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spre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neschimbare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numai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baza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tehnic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execuție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astfel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cum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prevede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art. 246 alin. (3) din Legea nr.169/2026.</w:t>
            </w:r>
          </w:p>
        </w:tc>
      </w:tr>
    </w:tbl>
    <w:p w14:paraId="2D96D173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7F3AA0D1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14" w:type="dxa"/>
              <w:right w:w="20" w:type="dxa"/>
            </w:tcMar>
          </w:tcPr>
          <w:p w14:paraId="0DEE04CB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10. DATA ȘI SEMNĂTURA</w:t>
            </w:r>
          </w:p>
        </w:tc>
      </w:tr>
      <w:tr w:rsidR="0022364E" w:rsidRPr="008573A8" w14:paraId="562E55A6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49FDB387" w14:textId="77777777" w:rsidR="0022364E" w:rsidRDefault="0022364E" w:rsidP="00CD1B01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  <w:p w14:paraId="07387BE9" w14:textId="5F2FDB52" w:rsidR="005161E8" w:rsidRPr="008573A8" w:rsidRDefault="005161E8" w:rsidP="00CD1B0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1CF64CD3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2FEDF07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  <w:proofErr w:type="spellEnd"/>
          </w:p>
        </w:tc>
      </w:tr>
    </w:tbl>
    <w:p w14:paraId="1E89D540" w14:textId="77777777" w:rsidR="0022364E" w:rsidRPr="008573A8" w:rsidRDefault="0022364E">
      <w:pPr>
        <w:rPr>
          <w:sz w:val="28"/>
          <w:szCs w:val="28"/>
        </w:rPr>
      </w:pPr>
    </w:p>
    <w:p w14:paraId="6B96AF22" w14:textId="77777777" w:rsidR="0022364E" w:rsidRPr="008573A8" w:rsidRDefault="0022364E">
      <w:pPr>
        <w:rPr>
          <w:sz w:val="28"/>
          <w:szCs w:val="28"/>
        </w:rPr>
      </w:pPr>
    </w:p>
    <w:p w14:paraId="07FA562E" w14:textId="77777777" w:rsidR="0022364E" w:rsidRPr="008573A8" w:rsidRDefault="0022364E">
      <w:pPr>
        <w:rPr>
          <w:sz w:val="28"/>
          <w:szCs w:val="28"/>
        </w:rPr>
      </w:pPr>
    </w:p>
    <w:p w14:paraId="16F09695" w14:textId="77777777" w:rsidR="0022364E" w:rsidRPr="008573A8" w:rsidRDefault="0022364E">
      <w:pPr>
        <w:rPr>
          <w:sz w:val="28"/>
          <w:szCs w:val="28"/>
        </w:rPr>
      </w:pPr>
    </w:p>
    <w:p w14:paraId="3482E8E1" w14:textId="77777777" w:rsidR="0022364E" w:rsidRDefault="0022364E">
      <w:pPr>
        <w:rPr>
          <w:sz w:val="24"/>
          <w:szCs w:val="24"/>
        </w:rPr>
      </w:pPr>
    </w:p>
    <w:p w14:paraId="5BE61CF9" w14:textId="77777777" w:rsidR="0022364E" w:rsidRDefault="0022364E">
      <w:pPr>
        <w:rPr>
          <w:sz w:val="24"/>
          <w:szCs w:val="24"/>
        </w:rPr>
      </w:pPr>
    </w:p>
    <w:p w14:paraId="1BE4D333" w14:textId="77777777" w:rsidR="0022364E" w:rsidRPr="008E6085" w:rsidRDefault="0022364E">
      <w:pPr>
        <w:rPr>
          <w:sz w:val="24"/>
          <w:szCs w:val="24"/>
        </w:rPr>
      </w:pPr>
    </w:p>
    <w:p w14:paraId="16E954FF" w14:textId="77777777" w:rsidR="006C782F" w:rsidRPr="008E6085" w:rsidRDefault="003815A3">
      <w:pPr>
        <w:spacing w:after="0" w:line="240" w:lineRule="auto"/>
        <w:jc w:val="center"/>
        <w:rPr>
          <w:sz w:val="24"/>
          <w:szCs w:val="24"/>
        </w:rPr>
      </w:pPr>
      <w:r w:rsidRPr="008E6085">
        <w:rPr>
          <w:rFonts w:ascii="Times New Roman" w:hAnsi="Times New Roman"/>
          <w:b/>
          <w:sz w:val="28"/>
          <w:szCs w:val="24"/>
        </w:rPr>
        <w:t>ANEXA IMOBILE</w:t>
      </w:r>
      <w:r w:rsidRPr="008E6085">
        <w:rPr>
          <w:rFonts w:ascii="Times New Roman" w:hAnsi="Times New Roman"/>
          <w:b/>
          <w:sz w:val="28"/>
          <w:szCs w:val="24"/>
        </w:rPr>
        <w:br/>
      </w:r>
      <w:r w:rsidRPr="008E6085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8E6085">
        <w:rPr>
          <w:rFonts w:ascii="Times New Roman" w:hAnsi="Times New Roman"/>
          <w:sz w:val="20"/>
          <w:szCs w:val="24"/>
        </w:rPr>
        <w:t>cererea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pentru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emiterea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sz w:val="20"/>
          <w:szCs w:val="24"/>
        </w:rPr>
        <w:t>construire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8E6085">
        <w:rPr>
          <w:rFonts w:ascii="Times New Roman" w:hAnsi="Times New Roman"/>
          <w:sz w:val="20"/>
          <w:szCs w:val="24"/>
        </w:rPr>
        <w:t>desființare</w:t>
      </w:r>
      <w:proofErr w:type="spellEnd"/>
      <w:r w:rsidRPr="008E6085">
        <w:rPr>
          <w:rFonts w:ascii="Times New Roman" w:hAnsi="Times New Roman"/>
          <w:sz w:val="20"/>
          <w:szCs w:val="24"/>
        </w:rPr>
        <w:br/>
      </w:r>
      <w:r w:rsidRPr="008E6085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completează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numai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atunci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când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cererea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referă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la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mai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multe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imobile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6C782F" w:rsidRPr="008E6085" w14:paraId="79C2065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06E7D1A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11. IMOBILELE LA CARE SE REFERĂ CEREREA</w:t>
            </w:r>
          </w:p>
        </w:tc>
      </w:tr>
      <w:tr w:rsidR="006C782F" w:rsidRPr="008E6085" w14:paraId="5F55E10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37A24C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2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E1B2C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09501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0A39AFF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CA6C82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55A18C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75473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6510F1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1F9BC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A7D1F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E30000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7DBEA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0893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1B8FC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567400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4D4255F4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55FFB151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3D789C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4E85034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3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59973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B0AAE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59A7C18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CD6B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9CA0F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8D8A11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565AAA4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B7FBF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448D9E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DBC0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63330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A93C8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83EE9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965181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32B3C9BC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44851E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14CC7F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64EF24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4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B0BA5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E8CEA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0707A1C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A02CC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E2337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DD5B6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561630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D7488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075EE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5D1A72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06631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B13BCE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438E9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C1FD1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629E89F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C44B34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6F7802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71F235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5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09BA84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94A12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2BA898E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FC50E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B7931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93B58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71358B6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FF602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1806B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C678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15B7B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2353CB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665D5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518BDC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260FF790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E30ED65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05CF17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9907C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6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CD686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2A962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47F82E1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B7505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791DD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D9B4C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086BBF9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70C605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0D9212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4DABC4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76A09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FC0A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2B2F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AC5917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79DED43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A26A9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8458CA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7FAA1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7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0AC9D5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1D68A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2895A52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322B1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2AC5A0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060FB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0A76096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FEE134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6553A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47A3A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5E4A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858701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D0D7B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EFFA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16B09CD2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D52A5D4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</w:tbl>
    <w:p w14:paraId="107CDFDC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p w14:paraId="21A4BDE9" w14:textId="77777777" w:rsidR="006C782F" w:rsidRPr="008E6085" w:rsidRDefault="003815A3">
      <w:pPr>
        <w:spacing w:after="0" w:line="240" w:lineRule="auto"/>
        <w:jc w:val="center"/>
        <w:rPr>
          <w:sz w:val="24"/>
          <w:szCs w:val="24"/>
        </w:rPr>
      </w:pPr>
      <w:r w:rsidRPr="008E6085">
        <w:rPr>
          <w:rFonts w:ascii="Times New Roman" w:hAnsi="Times New Roman"/>
          <w:b/>
          <w:sz w:val="28"/>
          <w:szCs w:val="24"/>
        </w:rPr>
        <w:lastRenderedPageBreak/>
        <w:t>ANEXA TEHNICĂ</w:t>
      </w:r>
      <w:r w:rsidRPr="008E6085">
        <w:rPr>
          <w:rFonts w:ascii="Times New Roman" w:hAnsi="Times New Roman"/>
          <w:b/>
          <w:sz w:val="28"/>
          <w:szCs w:val="24"/>
        </w:rPr>
        <w:br/>
      </w:r>
      <w:r w:rsidRPr="008E6085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8E6085">
        <w:rPr>
          <w:rFonts w:ascii="Times New Roman" w:hAnsi="Times New Roman"/>
          <w:sz w:val="20"/>
          <w:szCs w:val="24"/>
        </w:rPr>
        <w:t>cererea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pentru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emiterea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sz w:val="20"/>
          <w:szCs w:val="24"/>
        </w:rPr>
        <w:t>construire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8E6085">
        <w:rPr>
          <w:rFonts w:ascii="Times New Roman" w:hAnsi="Times New Roman"/>
          <w:sz w:val="20"/>
          <w:szCs w:val="24"/>
        </w:rPr>
        <w:t>desființare</w:t>
      </w:r>
      <w:proofErr w:type="spellEnd"/>
      <w:r w:rsidRPr="008E6085">
        <w:rPr>
          <w:rFonts w:ascii="Times New Roman" w:hAnsi="Times New Roman"/>
          <w:sz w:val="20"/>
          <w:szCs w:val="24"/>
        </w:rPr>
        <w:br/>
      </w:r>
      <w:r w:rsidRPr="008E6085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întocmește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proiectantul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documentației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1BEC685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1655F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1.   CATEGORIILE DE LUCRĂRI APLICABILE OBIECTIVULUI/OBIECTULUI DE INVESTIȚII</w:t>
            </w:r>
            <w:r w:rsidRPr="008E6085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(se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bifeaza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toate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cele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aplicabile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)</w:t>
            </w:r>
          </w:p>
        </w:tc>
      </w:tr>
      <w:tr w:rsidR="006C782F" w:rsidRPr="008E6085" w14:paraId="45BFDF5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76B2D90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A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noi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instalațiile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aferente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acestora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gram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realizate :</w:t>
            </w:r>
            <w:proofErr w:type="gramEnd"/>
          </w:p>
        </w:tc>
      </w:tr>
      <w:tr w:rsidR="006C782F" w:rsidRPr="008E6085" w14:paraId="2B6050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CE86B11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</w:p>
        </w:tc>
      </w:tr>
      <w:tr w:rsidR="006C782F" w:rsidRPr="008E6085" w14:paraId="385652B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F0C8DB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civile —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locuințe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individuale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semicolective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colective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instituții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și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servicii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sănătate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asistență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socială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învățământ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cultură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turism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culte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administrație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finanțe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comerț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pentru servicii   ☐ pentru sport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recreere</w:t>
            </w:r>
            <w:proofErr w:type="spellEnd"/>
          </w:p>
        </w:tc>
      </w:tr>
      <w:tr w:rsidR="006C782F" w:rsidRPr="008E6085" w14:paraId="23CE9CF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B062E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industriale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6C782F" w:rsidRPr="008E6085" w14:paraId="4E74D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67BAC4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agricole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: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6C782F" w:rsidRPr="008E6085" w14:paraId="18474B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41B846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special</w:t>
            </w:r>
          </w:p>
        </w:tc>
      </w:tr>
      <w:tr w:rsidR="006C782F" w:rsidRPr="008E6085" w14:paraId="2FE5336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346A7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B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asupra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construcțiilor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existente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:</w:t>
            </w:r>
            <w:proofErr w:type="gramEnd"/>
          </w:p>
        </w:tc>
      </w:tr>
      <w:tr w:rsidR="006C782F" w:rsidRPr="008E6085" w14:paraId="76F7479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6F16D35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reparații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capitale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intervenție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primă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urgență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extindere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amprentei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sol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volumului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supraetajare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refuncționalizare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schimbare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destinație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consolidare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modernizare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reabilitare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strămutare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reconstruire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restaurare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exterioară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mansardare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interioară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parțială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întreruperea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temporară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execuției</w:t>
            </w:r>
            <w:proofErr w:type="spellEnd"/>
          </w:p>
        </w:tc>
      </w:tr>
      <w:tr w:rsidR="006C782F" w:rsidRPr="008E6085" w14:paraId="585AAD6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836F8A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☐ B.1 ·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realizate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alte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decât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cele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de la B.2 și B.3:</w:t>
            </w:r>
          </w:p>
        </w:tc>
      </w:tr>
      <w:tr w:rsidR="006C782F" w:rsidRPr="008E6085" w14:paraId="1E5FD1D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9BBA2C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☐ B.2 · realizate la: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monument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Legea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nr. 422/2001),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anexele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din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același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valoare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arhitecturală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deosebită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stabilite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documentații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urbanism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aprobate</w:t>
            </w:r>
            <w:proofErr w:type="spellEnd"/>
          </w:p>
        </w:tc>
      </w:tr>
      <w:tr w:rsidR="006C782F" w:rsidRPr="008E6085" w14:paraId="463BC2A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028F2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B.3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realizate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special, </w:t>
            </w:r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care :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nu se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se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</w:p>
        </w:tc>
      </w:tr>
      <w:tr w:rsidR="006C782F" w:rsidRPr="008E6085" w14:paraId="7CB15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A6A26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C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Amenajări</w:t>
            </w:r>
            <w:proofErr w:type="spellEnd"/>
          </w:p>
        </w:tc>
      </w:tr>
      <w:tr w:rsidR="006C782F" w:rsidRPr="008E6085" w14:paraId="12E2ADE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C49A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C.1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civile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îmbunătățiri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funciare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provizorii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temporar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cercetarea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prospectarea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terenurilor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foraje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excavări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studii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topografice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geologice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geotehnice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geofizice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hidrologice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C.5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cercetări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zăcăminte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naturale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C.6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verzi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plantate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C.7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C.8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organizare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șantier</w:t>
            </w:r>
            <w:proofErr w:type="spellEnd"/>
          </w:p>
        </w:tc>
      </w:tr>
      <w:tr w:rsidR="006C782F" w:rsidRPr="008E6085" w14:paraId="3238CC5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35C0F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D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inginerești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astfel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</w:p>
        </w:tc>
      </w:tr>
      <w:tr w:rsidR="006C782F" w:rsidRPr="008E6085" w14:paraId="462D2A4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036B0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D.1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transport,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alta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decât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național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energiei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rețele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comunicații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electronice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fizice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aferente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gospodărirea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apelor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D.5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hidrotehnice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D.6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miniere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D.7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alte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inginerești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necesare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obiective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public</w:t>
            </w:r>
          </w:p>
        </w:tc>
      </w:tr>
    </w:tbl>
    <w:p w14:paraId="4DBBDDFA" w14:textId="77777777" w:rsidR="006C782F" w:rsidRPr="008E6085" w:rsidRDefault="003815A3">
      <w:pPr>
        <w:spacing w:before="60" w:after="40" w:line="240" w:lineRule="auto"/>
        <w:rPr>
          <w:sz w:val="24"/>
          <w:szCs w:val="24"/>
        </w:rPr>
      </w:pP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Punctele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2-9 se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completeaza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cladirilor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si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al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intervențiilor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asupra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clădirilor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existente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iar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amenajărilor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/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lucrărilor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inginerești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doar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dacă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acestea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cuprind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și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clădiri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13FC22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FA726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2. DATELE CARACTERISTICE ALE AMPLASAMENTULUI</w:t>
            </w:r>
          </w:p>
        </w:tc>
      </w:tr>
      <w:tr w:rsidR="006C782F" w:rsidRPr="008E6085" w14:paraId="20CB2F18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CF6BE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terenului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(m²)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26AA86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☐ liber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   ☐ nu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liber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</w:p>
        </w:tc>
      </w:tr>
      <w:tr w:rsidR="006C782F" w:rsidRPr="008E6085" w14:paraId="0318856F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DA5D9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Acces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carosabil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din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46758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8"/>
                <w:szCs w:val="24"/>
              </w:rPr>
              <w:t xml:space="preserve">☐ direct     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prin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drum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privat</w:t>
            </w:r>
            <w:proofErr w:type="spellEnd"/>
          </w:p>
        </w:tc>
      </w:tr>
      <w:tr w:rsidR="006C782F" w:rsidRPr="008E6085" w14:paraId="0FF779C6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EC39351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protejate</w:t>
            </w:r>
            <w:proofErr w:type="spellEnd"/>
          </w:p>
        </w:tc>
      </w:tr>
      <w:tr w:rsidR="006C782F" w:rsidRPr="008E6085" w14:paraId="4B37A92E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4076843" w14:textId="7138B64B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Servituți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</w:tr>
      <w:tr w:rsidR="006C782F" w:rsidRPr="008E6085" w14:paraId="47A1AF55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162378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amplasare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izolat</w:t>
            </w:r>
            <w:proofErr w:type="spellEnd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· </w:t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cuplat</w:t>
            </w:r>
            <w:proofErr w:type="spellEnd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· </w:t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înșiruit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FA275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Tipologie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morfologie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urbană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AC500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Front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2ACBB7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Curte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interioară</w:t>
            </w:r>
            <w:proofErr w:type="spellEnd"/>
          </w:p>
        </w:tc>
      </w:tr>
      <w:tr w:rsidR="006C782F" w:rsidRPr="008E6085" w14:paraId="6E307A4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0D03290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Amplasarea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clădirilor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pe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, după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realizarea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—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retragerile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minime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aliniament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lateral-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dreapta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lateral-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stânga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posterioară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</w:t>
            </w:r>
          </w:p>
        </w:tc>
      </w:tr>
      <w:tr w:rsidR="006C782F" w:rsidRPr="008E6085" w14:paraId="0C358B5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4CEF57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Procent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ocupare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 terenului (%)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Propus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: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AAC4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Coeficient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utilizare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 terenului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Propus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:</w:t>
            </w:r>
          </w:p>
        </w:tc>
      </w:tr>
    </w:tbl>
    <w:p w14:paraId="7D2EF532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3BBDEDCC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817DA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3. SUPRAFEȚE</w:t>
            </w:r>
          </w:p>
        </w:tc>
      </w:tr>
      <w:tr w:rsidR="006C782F" w:rsidRPr="008E6085" w14:paraId="3C157C0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5870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clădiri existente, din care: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BD4F3C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construită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398C2F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7BF2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utilă (m²)</w:t>
            </w:r>
          </w:p>
        </w:tc>
      </w:tr>
      <w:tr w:rsidR="006C782F" w:rsidRPr="008E6085" w14:paraId="72B4654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4483E5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— desființate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84B02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7657D7C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B8BF149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F3A295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9EDE1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— menținute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BBDFB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C825FE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0A4D98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71AED0F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551073C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clădiri propuse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08F62B7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7CAB8C2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1EBFBE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0D66624F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A94423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TOTAL (menținute + propuse)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BD1CC3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52414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E45F8CA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</w:tbl>
    <w:p w14:paraId="2BD62D2B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6940D01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528F948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4. FIȘA CLĂDIRII (se completează câte una pentru fiecare imobil)</w:t>
            </w:r>
          </w:p>
        </w:tc>
      </w:tr>
      <w:tr w:rsidR="006C782F" w:rsidRPr="008E6085" w14:paraId="023AE6B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7BB0C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Identificarea clădirii în registru</w:t>
            </w:r>
          </w:p>
        </w:tc>
      </w:tr>
      <w:tr w:rsidR="006C782F" w:rsidRPr="008E6085" w14:paraId="03F1639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B1DB8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numărul din Registrul Național al Clădirilor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3F130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cadastral al clădirii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forma 123456-C1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0CA97C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Identificator e-Terra (IE)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72CFCF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carte funciară</w:t>
            </w:r>
          </w:p>
        </w:tc>
      </w:tr>
      <w:tr w:rsidR="006C782F" w:rsidRPr="008E6085" w14:paraId="57DB4B3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E85E20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Tipul obiectului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clădire   ☐ corp de clădire   ☐ unități locative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3E234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este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existentă     ☐ propusă prin proiect</w:t>
            </w:r>
          </w:p>
        </w:tc>
      </w:tr>
      <w:tr w:rsidR="006C782F" w:rsidRPr="008E6085" w14:paraId="6E8AEB2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E1EF6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Denumirea clădirii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A900A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Descriere</w:t>
            </w:r>
          </w:p>
        </w:tc>
      </w:tr>
      <w:tr w:rsidR="006C782F" w:rsidRPr="008E6085" w14:paraId="5EAB94F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6BDA8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CARACTERISTICI ALE CLĂDIRII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  <w:t>(În cazul intervențiilor asupra clădirilor existente, pentru fiecare câmp, se vor preciza caracteristicile clădirii existente/respectiv ale celei propuse)</w:t>
            </w:r>
          </w:p>
        </w:tc>
      </w:tr>
      <w:tr w:rsidR="006C782F" w:rsidRPr="008E6085" w14:paraId="78194AC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7E570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Destinația / funcțiunea principală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4DD106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Funcțiuni secundare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FCAA15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juridic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9D999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Zonă fiscală</w:t>
            </w:r>
          </w:p>
        </w:tc>
      </w:tr>
      <w:tr w:rsidR="006C782F" w:rsidRPr="008E6085" w14:paraId="7747050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D56C5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Anul construirii / Anul ultimei renovări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la clădirile existente / dacă e cazul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D8411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Durata de viață estimată (ani)</w:t>
            </w:r>
          </w:p>
        </w:tc>
      </w:tr>
      <w:tr w:rsidR="006C782F" w:rsidRPr="008E6085" w14:paraId="10569C31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A988AF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de înălțime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ex. S+P+2E+M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917691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la cornișă (m)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28597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maximă (m)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FD4BE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Cota terenului amenajat / natural (m)</w:t>
            </w:r>
          </w:p>
        </w:tc>
      </w:tr>
      <w:tr w:rsidR="006C782F" w:rsidRPr="008E6085" w14:paraId="51522E32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5B2B62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construită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02DDE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D07E67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utilă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20831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Volum construit (m³)</w:t>
            </w:r>
          </w:p>
        </w:tc>
      </w:tr>
      <w:tr w:rsidR="006C782F" w:rsidRPr="008E6085" w14:paraId="65E1568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8C3256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structural / Material structural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7DE5A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Clasa de risc seismic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Rs I ... Rs IV</w:t>
            </w:r>
          </w:p>
        </w:tc>
      </w:tr>
      <w:tr w:rsidR="006C782F" w:rsidRPr="008E6085" w14:paraId="77E3223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C208E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Acoperiș / învelitoare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șarpantă sau terasă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EDB9FA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Învelitoare (material / culoare)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8832B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Finisaj / tâmplărie exterioară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material, culoare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F66A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de încălzire</w:t>
            </w:r>
          </w:p>
        </w:tc>
      </w:tr>
      <w:tr w:rsidR="006C782F" w:rsidRPr="008E6085" w14:paraId="466004C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FA54FC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Nivel de stabilitate la incendiu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3F197F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maxim utilizatori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</w:tr>
    </w:tbl>
    <w:p w14:paraId="6CA3E72F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10BE84D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E8EC4F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5. CAPACITĂȚILE FUNCȚIONALE ALE CONSTRUCȚIILOR PROIECTATE</w:t>
            </w:r>
          </w:p>
        </w:tc>
      </w:tr>
      <w:tr w:rsidR="006C782F" w:rsidRPr="008E6085" w14:paraId="4F8DABCD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FA11E6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Construcții de locuințe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>☐ principale (permanente)   ☐ sezoniere (de vacanță)   ☐ pentru închiriere   ☐ sociale   ☐ de serviciu   ☐ de necesitate   ☐ de intervenție   ☐ de protocol</w:t>
            </w:r>
          </w:p>
        </w:tc>
      </w:tr>
      <w:tr w:rsidR="006C782F" w:rsidRPr="008E6085" w14:paraId="1349E4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904AC12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Număr de apartamente:   cu 1 cameră: ____   2 camere: ____   3 camere: ____   4 camere: ____   5+ camere: ____</w:t>
            </w:r>
          </w:p>
        </w:tc>
      </w:tr>
      <w:tr w:rsidR="006C782F" w:rsidRPr="008E6085" w14:paraId="2BDD43F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DAE05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Construcții pentru instituții publice și servicii</w:t>
            </w:r>
          </w:p>
        </w:tc>
      </w:tr>
      <w:tr w:rsidR="006C782F" w:rsidRPr="008E6085" w14:paraId="3B02F1E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855D2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sănătate — nr. de paturi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154909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învățământ — nr. săli / locuri / grupe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3CCE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cultură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C1205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hoteliere — nr. camere / locuri</w:t>
            </w:r>
          </w:p>
        </w:tc>
      </w:tr>
      <w:tr w:rsidR="006C782F" w:rsidRPr="008E6085" w14:paraId="04217103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067F8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culte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577E1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administrative / financiare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8D119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comerț / servicii / sport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4E8DAD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agricole / producție / depozitare</w:t>
            </w:r>
          </w:p>
        </w:tc>
      </w:tr>
      <w:tr w:rsidR="006C782F" w:rsidRPr="008E6085" w14:paraId="1E0B8C92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1F924F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caracteristici ale capacităților funcționale, necuprinse mai sus</w:t>
            </w:r>
          </w:p>
        </w:tc>
      </w:tr>
    </w:tbl>
    <w:p w14:paraId="3C1C6E0B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56A2B21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B66DE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6. UTILITĂȚI · GARAJE ȘI PARCAJE · AMENAJĂRI EXTERIOARE</w:t>
            </w:r>
          </w:p>
        </w:tc>
      </w:tr>
      <w:tr w:rsidR="006C782F" w:rsidRPr="008E6085" w14:paraId="7C95834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A98377D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☐ apă   ☐ canalizare   ☐ energie electrică   ☐ energie termică   ☐ gaze naturale   ☐ telefonizare   ☐ salubritate   ☐ transport urban   ☐ alte utilități</w:t>
            </w:r>
          </w:p>
        </w:tc>
      </w:tr>
      <w:tr w:rsidR="006C782F" w:rsidRPr="008E6085" w14:paraId="6B7299A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DA6F4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garaje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EC801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BB9A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pentru biciclete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0DB20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carosabile / parcaje sol (m²)</w:t>
            </w:r>
          </w:p>
        </w:tc>
      </w:tr>
      <w:tr w:rsidR="006C782F" w:rsidRPr="008E6085" w14:paraId="71DE450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67D1B2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pietonale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8729F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platforme nivel sol (m²)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deșeuri etc.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460D1A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arbori tăiați / menținuți / plantați (nr.)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158AC7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spații verzi (m²)</w:t>
            </w:r>
          </w:p>
        </w:tc>
      </w:tr>
    </w:tbl>
    <w:p w14:paraId="770ADCB4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782F" w:rsidRPr="008E6085" w14:paraId="0849C1B1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C1EA63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7. MĂSURI DE PROTECȚIE A MEDIULUI/SECURITATE LA INCENDIU/PROTECȚIE CIVILĂ</w:t>
            </w:r>
          </w:p>
        </w:tc>
      </w:tr>
      <w:tr w:rsidR="006C782F" w:rsidRPr="008E6085" w14:paraId="70C979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98622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0FACE4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de securitate la incendiu și protecție civilă</w:t>
            </w:r>
          </w:p>
        </w:tc>
      </w:tr>
      <w:tr w:rsidR="006C782F" w:rsidRPr="008E6085" w14:paraId="19182917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C47044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7D18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specifice:</w:t>
            </w:r>
          </w:p>
        </w:tc>
      </w:tr>
    </w:tbl>
    <w:p w14:paraId="4EED2907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782F" w:rsidRPr="008E6085" w14:paraId="25B5010D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7B4BCAEE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8. ÎNTOCMIT</w:t>
            </w:r>
          </w:p>
        </w:tc>
      </w:tr>
      <w:tr w:rsidR="006C782F" w:rsidRPr="008E6085" w14:paraId="1819A54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2BF61B7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B88E34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D84BB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 w14:paraId="2AE703E4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782F" w:rsidRPr="008E6085" w14:paraId="6D34FA4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8D0CE7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9. COMUNICAREA ÎN REGISTRUL NAȚIONAL AL CLĂDIRILOR</w:t>
            </w:r>
          </w:p>
        </w:tc>
      </w:tr>
      <w:tr w:rsidR="006C782F" w:rsidRPr="008E6085" w14:paraId="536B63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47208C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a fost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identificată în registru   ☐ declarată acum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5C685F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 atribuit / confirmat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0D405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investiție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lucrarea e legată de o investiție</w:t>
            </w:r>
          </w:p>
        </w:tc>
      </w:tr>
      <w:tr w:rsidR="006C782F" w:rsidRPr="008E6085" w14:paraId="7F57C2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9E1F52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comunicării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C871FB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 tranzacției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D909B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Comunicat de</w:t>
            </w:r>
          </w:p>
        </w:tc>
      </w:tr>
    </w:tbl>
    <w:p w14:paraId="64D8E0DA" w14:textId="77777777" w:rsidR="006C782F" w:rsidRPr="008E6085" w:rsidRDefault="003815A3">
      <w:pPr>
        <w:spacing w:before="80" w:after="40" w:line="240" w:lineRule="auto"/>
        <w:rPr>
          <w:sz w:val="24"/>
          <w:szCs w:val="24"/>
        </w:rPr>
      </w:pPr>
      <w:r w:rsidRPr="008E6085">
        <w:rPr>
          <w:rFonts w:ascii="Times New Roman" w:hAnsi="Times New Roman"/>
          <w:sz w:val="18"/>
          <w:szCs w:val="24"/>
          <w:u w:val="single"/>
        </w:rPr>
        <w:t>Punctele 10-13 se completează în cazul amenajărilor /lucrărilor inginerești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1824"/>
        <w:gridCol w:w="1824"/>
        <w:gridCol w:w="3648"/>
      </w:tblGrid>
      <w:tr w:rsidR="006C782F" w:rsidRPr="008E6085" w14:paraId="2A813EF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6F36F5D1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10. DATELE CARACTERISTICE ALE AMPLASAMENTULUI</w:t>
            </w:r>
          </w:p>
        </w:tc>
      </w:tr>
      <w:tr w:rsidR="006C782F" w:rsidRPr="008E6085" w14:paraId="7A65A9E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3B59AD99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7891C5DB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2935307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11. CARACTERISTICI TEHNICE ȘI CAPACITĂȚI FUNCȚIONALE  SPECIFICE</w:t>
            </w:r>
          </w:p>
        </w:tc>
      </w:tr>
      <w:tr w:rsidR="006C782F" w:rsidRPr="008E6085" w14:paraId="0C68FCA0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B606756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01F9DC7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32B04A5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12. MĂSURI DE PROTECȚIE A MEDIULUI / SECURITATE LA INCENDIU</w:t>
            </w:r>
          </w:p>
        </w:tc>
      </w:tr>
      <w:tr w:rsidR="006C782F" w:rsidRPr="008E6085" w14:paraId="1FBBE6B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4B66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0688D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securitate la incendiu</w:t>
            </w:r>
          </w:p>
        </w:tc>
      </w:tr>
      <w:tr w:rsidR="006C782F" w:rsidRPr="008E6085" w14:paraId="3DD30EE4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68EA8B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EB2AB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</w:t>
            </w:r>
          </w:p>
        </w:tc>
      </w:tr>
      <w:tr w:rsidR="006C782F" w:rsidRPr="008E6085" w14:paraId="43F302E3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4EF1B31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13. ÎNTOCMIT</w:t>
            </w:r>
          </w:p>
        </w:tc>
      </w:tr>
      <w:tr w:rsidR="006C782F" w:rsidRPr="008E6085" w14:paraId="6C530DA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5CC2A15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31B58A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C89C4E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 w14:paraId="493FD407" w14:textId="77777777" w:rsidR="00CF7E1D" w:rsidRPr="008E6085" w:rsidRDefault="00CF7E1D">
      <w:pPr>
        <w:rPr>
          <w:sz w:val="24"/>
          <w:szCs w:val="24"/>
        </w:rPr>
      </w:pPr>
    </w:p>
    <w:sectPr w:rsidR="00CF7E1D" w:rsidRPr="008E6085" w:rsidSect="000C29A5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5AFB" w14:textId="77777777" w:rsidR="00E745BB" w:rsidRDefault="00E745BB">
      <w:pPr>
        <w:spacing w:after="0" w:line="240" w:lineRule="auto"/>
      </w:pPr>
      <w:r>
        <w:separator/>
      </w:r>
    </w:p>
  </w:endnote>
  <w:endnote w:type="continuationSeparator" w:id="0">
    <w:p w14:paraId="00DED8DD" w14:textId="77777777" w:rsidR="00E745BB" w:rsidRDefault="00E7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AC7B" w14:textId="39D7CFD2" w:rsidR="006C782F" w:rsidRDefault="006C782F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2D30A" w14:textId="77777777" w:rsidR="00E745BB" w:rsidRDefault="00E745BB">
      <w:pPr>
        <w:spacing w:after="0" w:line="240" w:lineRule="auto"/>
      </w:pPr>
      <w:r>
        <w:separator/>
      </w:r>
    </w:p>
  </w:footnote>
  <w:footnote w:type="continuationSeparator" w:id="0">
    <w:p w14:paraId="0D688F0D" w14:textId="77777777" w:rsidR="00E745BB" w:rsidRDefault="00E74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16D"/>
    <w:rsid w:val="00034616"/>
    <w:rsid w:val="0006063C"/>
    <w:rsid w:val="000C29A5"/>
    <w:rsid w:val="0015074B"/>
    <w:rsid w:val="00200FFD"/>
    <w:rsid w:val="0022364E"/>
    <w:rsid w:val="0029639D"/>
    <w:rsid w:val="00326F90"/>
    <w:rsid w:val="003815A3"/>
    <w:rsid w:val="00387CA9"/>
    <w:rsid w:val="005161E8"/>
    <w:rsid w:val="006127C3"/>
    <w:rsid w:val="006C7691"/>
    <w:rsid w:val="006C782F"/>
    <w:rsid w:val="007E2E89"/>
    <w:rsid w:val="00827DB9"/>
    <w:rsid w:val="008573A8"/>
    <w:rsid w:val="008E6085"/>
    <w:rsid w:val="00AA1D8D"/>
    <w:rsid w:val="00B47730"/>
    <w:rsid w:val="00CB0664"/>
    <w:rsid w:val="00CF7E1D"/>
    <w:rsid w:val="00E745BB"/>
    <w:rsid w:val="00F97E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03163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1953</Words>
  <Characters>13482</Characters>
  <Application>Microsoft Office Word</Application>
  <DocSecurity>0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14</cp:revision>
  <cp:lastPrinted>2026-08-28T06:30:00Z</cp:lastPrinted>
  <dcterms:created xsi:type="dcterms:W3CDTF">2013-12-23T23:15:00Z</dcterms:created>
  <dcterms:modified xsi:type="dcterms:W3CDTF">2026-09-03T08:47:00Z</dcterms:modified>
  <cp:category/>
</cp:coreProperties>
</file>