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9E4F6F" w:rsidRPr="007844EA" w14:paraId="1ED99369" w14:textId="77777777" w:rsidTr="00FE4392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843010C" w14:textId="77777777" w:rsidR="009E4F6F" w:rsidRPr="007844EA" w:rsidRDefault="009E4F6F" w:rsidP="00FE4392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D217BC8" wp14:editId="0896A0F8">
                  <wp:simplePos x="0" y="0"/>
                  <wp:positionH relativeFrom="column">
                    <wp:posOffset>359134</wp:posOffset>
                  </wp:positionH>
                  <wp:positionV relativeFrom="paragraph">
                    <wp:posOffset>172528</wp:posOffset>
                  </wp:positionV>
                  <wp:extent cx="533400" cy="657225"/>
                  <wp:effectExtent l="0" t="0" r="0" b="9525"/>
                  <wp:wrapTight wrapText="bothSides">
                    <wp:wrapPolygon edited="0">
                      <wp:start x="0" y="0"/>
                      <wp:lineTo x="0" y="21287"/>
                      <wp:lineTo x="20829" y="21287"/>
                      <wp:lineTo x="20829" y="0"/>
                      <wp:lineTo x="0" y="0"/>
                    </wp:wrapPolygon>
                  </wp:wrapTight>
                  <wp:docPr id="7" name="Kép 7" descr="stema r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 descr="stema ro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D8BFF9B" w14:textId="77777777" w:rsidR="009E4F6F" w:rsidRPr="007844EA" w:rsidRDefault="009E4F6F" w:rsidP="00FE4392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9E4F6F" w:rsidRPr="007844EA" w14:paraId="1EA40EA0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1BF8DC2B" w14:textId="77777777" w:rsidR="009E4F6F" w:rsidRPr="007844EA" w:rsidRDefault="009E4F6F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52319DD" w14:textId="77777777" w:rsidR="009E4F6F" w:rsidRPr="007844EA" w:rsidRDefault="009E4F6F" w:rsidP="00FE4392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COMUNA PRAID</w:t>
            </w:r>
          </w:p>
        </w:tc>
      </w:tr>
      <w:tr w:rsidR="009E4F6F" w:rsidRPr="007844EA" w14:paraId="75ABF981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16D1D3B7" w14:textId="77777777" w:rsidR="009E4F6F" w:rsidRPr="007844EA" w:rsidRDefault="009E4F6F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AB3C0D1" w14:textId="77777777" w:rsidR="009E4F6F" w:rsidRPr="007844EA" w:rsidRDefault="009E4F6F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2CF8C148" w14:textId="77777777" w:rsidR="009E4F6F" w:rsidRPr="007844EA" w:rsidRDefault="009E4F6F" w:rsidP="00FE4392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4368103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E1BB934" w14:textId="77777777" w:rsidR="009E4F6F" w:rsidRPr="007844EA" w:rsidRDefault="009E4F6F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537240</w:t>
            </w:r>
            <w:r w:rsidRPr="00FB7A09">
              <w:rPr>
                <w:rFonts w:ascii="Times New Roman" w:hAnsi="Times New Roman"/>
                <w:b/>
                <w:bCs/>
                <w:sz w:val="15"/>
              </w:rPr>
              <w:t xml:space="preserve">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Sat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Praid</w:t>
            </w:r>
            <w:proofErr w:type="spellEnd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, Com.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Praid</w:t>
            </w:r>
            <w:proofErr w:type="spellEnd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, nr. 394,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  <w:p w14:paraId="689CD5C2" w14:textId="77777777" w:rsidR="009E4F6F" w:rsidRDefault="009E4F6F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</w:p>
          <w:p w14:paraId="63C15375" w14:textId="77777777" w:rsidR="009E4F6F" w:rsidRPr="007844EA" w:rsidRDefault="009E4F6F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Tel: +0266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240 175</w:t>
            </w:r>
          </w:p>
          <w:p w14:paraId="0AABA37F" w14:textId="77777777" w:rsidR="009E4F6F" w:rsidRPr="007844EA" w:rsidRDefault="009E4F6F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primariapraid@yahoo.com</w:t>
            </w:r>
          </w:p>
        </w:tc>
      </w:tr>
      <w:tr w:rsidR="009E4F6F" w:rsidRPr="007844EA" w14:paraId="78CCC599" w14:textId="77777777" w:rsidTr="00FE4392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618FB6CF" w14:textId="77777777" w:rsidR="009E4F6F" w:rsidRPr="007844EA" w:rsidRDefault="009E4F6F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165013C" w14:textId="77777777" w:rsidR="009E4F6F" w:rsidRPr="007844EA" w:rsidRDefault="009E4F6F" w:rsidP="00FE4392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AED330F" w14:textId="77777777" w:rsidR="009E4F6F" w:rsidRPr="007844EA" w:rsidRDefault="009E4F6F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9E4F6F" w:rsidRPr="007844EA" w14:paraId="4F07E678" w14:textId="77777777" w:rsidTr="00FE4392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2C58839" w14:textId="77777777" w:rsidR="009E4F6F" w:rsidRPr="007844EA" w:rsidRDefault="009E4F6F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1BABA360" w14:textId="77777777" w:rsidR="009E4F6F" w:rsidRDefault="009E4F6F" w:rsidP="007C1B5A">
      <w:pPr>
        <w:spacing w:before="80" w:after="60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14:paraId="3E2B945E" w14:textId="798919B1" w:rsidR="007C1B5A" w:rsidRPr="007C1B5A" w:rsidRDefault="007C1B5A" w:rsidP="007C1B5A">
      <w:pPr>
        <w:spacing w:before="80" w:after="60" w:line="240" w:lineRule="auto"/>
        <w:jc w:val="center"/>
        <w:rPr>
          <w:sz w:val="28"/>
          <w:szCs w:val="28"/>
        </w:rPr>
      </w:pPr>
      <w:r w:rsidRPr="007C1B5A">
        <w:rPr>
          <w:rFonts w:ascii="Times New Roman" w:hAnsi="Times New Roman"/>
          <w:b/>
          <w:sz w:val="32"/>
          <w:szCs w:val="28"/>
        </w:rPr>
        <w:t>CERERE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7C1B5A" w:rsidRPr="007C1B5A" w14:paraId="5B108CAB" w14:textId="77777777" w:rsidTr="009E4F6F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8E7AE25" w14:textId="77777777" w:rsidR="007C1B5A" w:rsidRPr="007C1B5A" w:rsidRDefault="007C1B5A" w:rsidP="005A67B9">
            <w:pPr>
              <w:spacing w:before="20" w:after="20" w:line="240" w:lineRule="auto"/>
              <w:rPr>
                <w:sz w:val="28"/>
                <w:szCs w:val="28"/>
              </w:rPr>
            </w:pPr>
            <w:r w:rsidRPr="007C1B5A">
              <w:rPr>
                <w:rFonts w:ascii="Times New Roman" w:hAnsi="Times New Roman"/>
                <w:b/>
                <w:sz w:val="20"/>
                <w:szCs w:val="28"/>
              </w:rPr>
              <w:t>1. CĂTRE</w:t>
            </w:r>
          </w:p>
        </w:tc>
      </w:tr>
      <w:tr w:rsidR="009E4F6F" w:rsidRPr="007C1B5A" w14:paraId="70076C77" w14:textId="77777777" w:rsidTr="009E4F6F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F0E40A0" w14:textId="77777777" w:rsidR="009E4F6F" w:rsidRPr="00E331DE" w:rsidRDefault="009E4F6F" w:rsidP="009E4F6F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14:paraId="5B97F7B9" w14:textId="50D1F9F7" w:rsidR="009E4F6F" w:rsidRPr="007C1B5A" w:rsidRDefault="009E4F6F" w:rsidP="009E4F6F">
            <w:pPr>
              <w:spacing w:after="20" w:line="240" w:lineRule="auto"/>
              <w:rPr>
                <w:sz w:val="28"/>
                <w:szCs w:val="28"/>
              </w:rPr>
            </w:pPr>
            <w:r w:rsidRPr="00FB7A09">
              <w:rPr>
                <w:rFonts w:ascii="Times New Roman" w:hAnsi="Times New Roman"/>
                <w:b/>
                <w:bCs/>
                <w:i/>
                <w:color w:val="787878"/>
                <w:sz w:val="18"/>
                <w:szCs w:val="28"/>
              </w:rPr>
              <w:t>PRIMARIA COMUNEI PRAID</w:t>
            </w:r>
          </w:p>
        </w:tc>
      </w:tr>
      <w:tr w:rsidR="009E4F6F" w:rsidRPr="007C1B5A" w14:paraId="0ACF9FE9" w14:textId="77777777" w:rsidTr="009E4F6F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7D8FF86" w14:textId="225B0CC0" w:rsidR="009E4F6F" w:rsidRPr="007C1B5A" w:rsidRDefault="009E4F6F" w:rsidP="009E4F6F">
            <w:pPr>
              <w:spacing w:after="20" w:line="240" w:lineRule="auto"/>
              <w:rPr>
                <w:sz w:val="28"/>
                <w:szCs w:val="28"/>
              </w:rPr>
            </w:pP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Către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primarul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comunei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Praid</w:t>
            </w:r>
            <w:proofErr w:type="spellEnd"/>
          </w:p>
        </w:tc>
      </w:tr>
    </w:tbl>
    <w:p w14:paraId="60417ECA" w14:textId="77777777"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900"/>
        <w:gridCol w:w="900"/>
        <w:gridCol w:w="900"/>
        <w:gridCol w:w="900"/>
        <w:gridCol w:w="900"/>
        <w:gridCol w:w="900"/>
        <w:gridCol w:w="1800"/>
      </w:tblGrid>
      <w:tr w:rsidR="005C3EEE" w:rsidRPr="007C1B5A" w14:paraId="53A2A126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BA9FED9" w14:textId="77777777" w:rsidR="005C3EEE" w:rsidRPr="007C1B5A" w:rsidRDefault="009556F4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5C3EEE" w:rsidRPr="007C1B5A" w14:paraId="37C2196E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10D123D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D816310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5C3EEE" w:rsidRPr="007C1B5A" w14:paraId="09FE6FA4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C5668C7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5C3EEE" w:rsidRPr="007C1B5A" w14:paraId="1613E748" w14:textId="77777777">
        <w:trPr>
          <w:jc w:val="center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0D95CA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380422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034419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1585DD0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5C3EEE" w:rsidRPr="007C1B5A" w14:paraId="4FEDFA72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49C6C28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5C3EEE" w:rsidRPr="007C1B5A" w14:paraId="59E4F374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7ADBEED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82904B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EE67360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5C3EEE" w:rsidRPr="007C1B5A" w14:paraId="7F14B875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5C9137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3BD048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B24A2C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4D46908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3CE12B9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B13399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015601A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</w:t>
            </w: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ara</w:t>
            </w:r>
          </w:p>
        </w:tc>
      </w:tr>
      <w:tr w:rsidR="005C3EEE" w:rsidRPr="007C1B5A" w14:paraId="57835D66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8F559D0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5C3EEE" w:rsidRPr="007C1B5A" w14:paraId="052FFFBA" w14:textId="77777777">
        <w:trPr>
          <w:jc w:val="center"/>
        </w:trPr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5A2EDEA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68E1E5F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  <w:tr w:rsidR="005C3EEE" w:rsidRPr="007C1B5A" w14:paraId="4156BE9E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72348D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000000"/>
                <w:sz w:val="16"/>
                <w:szCs w:val="24"/>
              </w:rPr>
              <w:t>Reprezentare</w:t>
            </w:r>
          </w:p>
        </w:tc>
      </w:tr>
      <w:tr w:rsidR="005C3EEE" w:rsidRPr="007C1B5A" w14:paraId="01406F1E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DB927C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calitate de reprezentant al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D8F65C7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CUI / CIF</w:t>
            </w:r>
          </w:p>
        </w:tc>
      </w:tr>
      <w:tr w:rsidR="005C3EEE" w:rsidRPr="007C1B5A" w14:paraId="5E83EC33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F39410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titular al 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>dreptului de proprietate     ☐ împuternicit al titularului</w:t>
            </w:r>
          </w:p>
        </w:tc>
      </w:tr>
    </w:tbl>
    <w:p w14:paraId="06094353" w14:textId="77777777" w:rsidR="005C3EEE" w:rsidRPr="007C1B5A" w:rsidRDefault="009556F4">
      <w:pPr>
        <w:spacing w:before="160" w:after="120" w:line="240" w:lineRule="auto"/>
        <w:jc w:val="center"/>
        <w:rPr>
          <w:sz w:val="24"/>
          <w:szCs w:val="24"/>
        </w:rPr>
      </w:pPr>
      <w:r w:rsidRPr="007C1B5A">
        <w:rPr>
          <w:rFonts w:ascii="Times New Roman" w:hAnsi="Times New Roman"/>
          <w:sz w:val="20"/>
          <w:szCs w:val="24"/>
        </w:rPr>
        <w:t>în conformitate cu prevederile Legii nr. 169/2026 privind Codul amenajării teritoriului, urbanismului și construcțiilor,</w:t>
      </w:r>
      <w:r w:rsidRPr="007C1B5A">
        <w:rPr>
          <w:rFonts w:ascii="Times New Roman" w:hAnsi="Times New Roman"/>
          <w:sz w:val="20"/>
          <w:szCs w:val="24"/>
        </w:rPr>
        <w:br/>
        <w:t>solicit emiterea</w:t>
      </w:r>
      <w:r w:rsidRPr="007C1B5A">
        <w:rPr>
          <w:rFonts w:ascii="Times New Roman" w:hAnsi="Times New Roman"/>
          <w:sz w:val="20"/>
          <w:szCs w:val="24"/>
        </w:rPr>
        <w:br/>
      </w:r>
      <w:r w:rsidRPr="007C1B5A">
        <w:rPr>
          <w:rFonts w:ascii="Times New Roman" w:hAnsi="Times New Roman"/>
          <w:b/>
          <w:sz w:val="24"/>
          <w:szCs w:val="24"/>
        </w:rPr>
        <w:t>CERTIFICATULUI DE URBANISM</w:t>
      </w:r>
      <w:r w:rsidRPr="007C1B5A">
        <w:rPr>
          <w:rFonts w:ascii="Times New Roman" w:hAnsi="Times New Roman"/>
          <w:b/>
          <w:sz w:val="24"/>
          <w:szCs w:val="24"/>
        </w:rPr>
        <w:br/>
        <w:t>PENTRU</w:t>
      </w:r>
      <w:r w:rsidRPr="007C1B5A">
        <w:rPr>
          <w:rFonts w:ascii="Times New Roman" w:hAnsi="Times New Roman"/>
          <w:b/>
          <w:sz w:val="24"/>
          <w:szCs w:val="24"/>
        </w:rPr>
        <w:br/>
        <w:t>☐ CONSTRUIRE / ☐ DESFIIN</w:t>
      </w:r>
      <w:r w:rsidRPr="007C1B5A">
        <w:rPr>
          <w:rFonts w:ascii="Times New Roman" w:hAnsi="Times New Roman"/>
          <w:b/>
          <w:sz w:val="24"/>
          <w:szCs w:val="24"/>
        </w:rPr>
        <w:t>Ț</w:t>
      </w:r>
      <w:r w:rsidRPr="007C1B5A">
        <w:rPr>
          <w:rFonts w:ascii="Times New Roman" w:hAnsi="Times New Roman"/>
          <w:b/>
          <w:sz w:val="24"/>
          <w:szCs w:val="24"/>
        </w:rPr>
        <w:t>ARE</w:t>
      </w:r>
      <w:r w:rsidRPr="007C1B5A">
        <w:rPr>
          <w:rFonts w:ascii="Times New Roman" w:hAnsi="Times New Roman"/>
          <w:b/>
          <w:sz w:val="24"/>
          <w:szCs w:val="24"/>
        </w:rPr>
        <w:br/>
      </w:r>
      <w:r w:rsidRPr="007C1B5A">
        <w:rPr>
          <w:rFonts w:ascii="Times New Roman" w:hAnsi="Times New Roman"/>
          <w:sz w:val="20"/>
          <w:szCs w:val="24"/>
        </w:rPr>
        <w:t>☐</w:t>
      </w:r>
      <w:r w:rsidRPr="007C1B5A">
        <w:rPr>
          <w:rFonts w:ascii="Times New Roman" w:hAnsi="Times New Roman"/>
          <w:sz w:val="20"/>
          <w:szCs w:val="24"/>
        </w:rPr>
        <w:t xml:space="preserve"> pentru clădiri și amenajări  /   ☐ lucrări inginerești  /   ☐ pentru construcții cu caracter special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7C1B5A" w14:paraId="3F2CA48C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C687A68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în vederea realizării obiectivului de investiții:</w:t>
            </w:r>
          </w:p>
        </w:tc>
      </w:tr>
      <w:tr w:rsidR="005C3EEE" w:rsidRPr="007C1B5A" w14:paraId="68D3782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EB1749D" w14:textId="77777777" w:rsidR="005C3EEE" w:rsidRPr="007C1B5A" w:rsidRDefault="009556F4">
            <w:pPr>
              <w:spacing w:before="300" w:after="10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B4B4B4"/>
                <w:szCs w:val="24"/>
              </w:rPr>
              <w:t>___________________________________________________________________________________________________</w:t>
            </w:r>
          </w:p>
        </w:tc>
      </w:tr>
    </w:tbl>
    <w:p w14:paraId="13B4AD09" w14:textId="77777777"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900"/>
        <w:gridCol w:w="1800"/>
        <w:gridCol w:w="900"/>
        <w:gridCol w:w="900"/>
        <w:gridCol w:w="1800"/>
        <w:gridCol w:w="1800"/>
      </w:tblGrid>
      <w:tr w:rsidR="005C3EEE" w:rsidRPr="007C1B5A" w14:paraId="76109180" w14:textId="77777777">
        <w:trPr>
          <w:jc w:val="center"/>
        </w:trPr>
        <w:tc>
          <w:tcPr>
            <w:tcW w:w="108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5EEF57" w14:textId="77777777" w:rsidR="005C3EEE" w:rsidRPr="007C1B5A" w:rsidRDefault="009556F4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3. IMOBILUL/ELE</w:t>
            </w:r>
          </w:p>
        </w:tc>
      </w:tr>
      <w:tr w:rsidR="005C3EEE" w:rsidRPr="007C1B5A" w14:paraId="5B1A0A5C" w14:textId="77777777">
        <w:trPr>
          <w:jc w:val="center"/>
        </w:trPr>
        <w:tc>
          <w:tcPr>
            <w:tcW w:w="108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4AAE4D7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teren     ☐ construcții</w:t>
            </w:r>
          </w:p>
        </w:tc>
      </w:tr>
      <w:tr w:rsidR="005C3EEE" w:rsidRPr="007C1B5A" w14:paraId="6BE294CD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10C47D0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2BA89E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F075C2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5C3EEE" w:rsidRPr="007C1B5A" w14:paraId="60671AC7" w14:textId="77777777">
        <w:trPr>
          <w:jc w:val="center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7369F1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CB42AED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6DFA0FD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C2FCA0C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5C3EEE" w:rsidRPr="007C1B5A" w14:paraId="0E8EEEF6" w14:textId="77777777">
        <w:trPr>
          <w:jc w:val="center"/>
        </w:trPr>
        <w:tc>
          <w:tcPr>
            <w:tcW w:w="63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7B3E20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Număr </w:t>
            </w: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cadastral/ele</w:t>
            </w: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7C1B5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90B38CE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  <w:tr w:rsidR="005C3EEE" w:rsidRPr="007C1B5A" w14:paraId="7271BBBB" w14:textId="77777777">
        <w:trPr>
          <w:jc w:val="center"/>
        </w:trPr>
        <w:tc>
          <w:tcPr>
            <w:tcW w:w="54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C7208B8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terenului (m²)</w:t>
            </w:r>
          </w:p>
        </w:tc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C53AE8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construcției (m²)</w:t>
            </w:r>
          </w:p>
        </w:tc>
      </w:tr>
    </w:tbl>
    <w:p w14:paraId="103BF2E4" w14:textId="77777777" w:rsidR="005C3EEE" w:rsidRPr="007C1B5A" w:rsidRDefault="009556F4">
      <w:pPr>
        <w:rPr>
          <w:sz w:val="24"/>
          <w:szCs w:val="24"/>
        </w:rPr>
      </w:pPr>
      <w:r w:rsidRPr="007C1B5A">
        <w:rPr>
          <w:sz w:val="24"/>
          <w:szCs w:val="24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7C1B5A" w14:paraId="00C2538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6E1D557" w14:textId="77777777" w:rsidR="005C3EEE" w:rsidRPr="007C1B5A" w:rsidRDefault="009556F4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lastRenderedPageBreak/>
              <w:t>4. ÎNCADRAREA LUCRĂRILOR</w:t>
            </w:r>
          </w:p>
        </w:tc>
      </w:tr>
      <w:tr w:rsidR="005C3EEE" w:rsidRPr="007C1B5A" w14:paraId="3B3B9868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A0A6118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A · Lucrări de construcții noi</w:t>
            </w:r>
          </w:p>
        </w:tc>
      </w:tr>
      <w:tr w:rsidR="005C3EEE" w:rsidRPr="007C1B5A" w14:paraId="15B8F32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852A60B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clădiri civile     ☐ clădiri industriale     ☐ clădiri agricole     ☐ 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>construcții cu caracter special</w:t>
            </w:r>
          </w:p>
        </w:tc>
      </w:tr>
      <w:tr w:rsidR="005C3EEE" w:rsidRPr="007C1B5A" w14:paraId="198C055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354DC15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realizate (se va bifa, în măsura în care sunt cunoscute solicitantului informațiile cu privire la amplasarea în zona de protecție/protejată) :</w:t>
            </w:r>
          </w:p>
        </w:tc>
      </w:tr>
      <w:tr w:rsidR="005C3EEE" w:rsidRPr="007C1B5A" w14:paraId="54F4BA5F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BB4DFA6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în afara zonei de protecție a monumentelor     ☐ în zona de protecție a monum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>entelor     ☐ în afara zonelor construite protejate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în zone construite protejate                             ☐ nu sunt cunoscute solicitantului astfel de informații</w:t>
            </w:r>
          </w:p>
        </w:tc>
      </w:tr>
      <w:tr w:rsidR="005C3EEE" w:rsidRPr="007C1B5A" w14:paraId="210F11F9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B9EAAE6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B. ·Intervenții asupra construcțiilor existente realizate :</w:t>
            </w:r>
          </w:p>
        </w:tc>
      </w:tr>
      <w:tr w:rsidR="005C3EEE" w:rsidRPr="007C1B5A" w14:paraId="2E1D7C41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A313DD2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 xml:space="preserve"> B.1. la alte </w:t>
            </w: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clădiri decât cele prevăzute la lit. B.2) și B.3)</w:t>
            </w:r>
          </w:p>
        </w:tc>
      </w:tr>
      <w:tr w:rsidR="005C3EEE" w:rsidRPr="007C1B5A" w14:paraId="47A0CB25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C3490B9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 xml:space="preserve"> B.2 .·la construcții:</w:t>
            </w:r>
          </w:p>
        </w:tc>
      </w:tr>
      <w:tr w:rsidR="005C3EEE" w:rsidRPr="007C1B5A" w14:paraId="12FCBA2D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E9E1E48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monument istoric stabilite potrivit Legii nr. 422/2001 privind protejarea monumentelor istorice, republicată, cu modificările și completările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ulterioare, inclusiv la anexele aces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>tora identificate în același imobil (teren și/sau construcții)</w:t>
            </w:r>
          </w:p>
        </w:tc>
      </w:tr>
      <w:tr w:rsidR="005C3EEE" w:rsidRPr="007C1B5A" w14:paraId="1B20E08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47F1A4E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aflate în zona de protecție a monumentelor istorice</w:t>
            </w:r>
          </w:p>
        </w:tc>
      </w:tr>
      <w:tr w:rsidR="005C3EEE" w:rsidRPr="007C1B5A" w14:paraId="0FFC238E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7526BBD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aflate în zone construite protejate, stabilite potrivit legii</w:t>
            </w:r>
          </w:p>
        </w:tc>
      </w:tr>
      <w:tr w:rsidR="005C3EEE" w:rsidRPr="007C1B5A" w14:paraId="5201DB4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6ECB5A8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cu valoare arhitecturală sau istorică deosebită, stabilite prin 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>documentații de urbanism aprobate</w:t>
            </w:r>
          </w:p>
        </w:tc>
      </w:tr>
      <w:tr w:rsidR="005C3EEE" w:rsidRPr="007C1B5A" w14:paraId="15683FA6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C460631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 xml:space="preserve"> B.3 · la clădiri / construcții cu caracter special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                      ☐ altele decât cele stabilite la lit. B.2)</w:t>
            </w:r>
          </w:p>
        </w:tc>
      </w:tr>
      <w:tr w:rsidR="005C3EEE" w:rsidRPr="007C1B5A" w14:paraId="534D1953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B5E7F79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                                                                                                   ☐ 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>din categoria celor stabilite la lit. B.2)</w:t>
            </w:r>
          </w:p>
        </w:tc>
      </w:tr>
      <w:tr w:rsidR="005C3EEE" w:rsidRPr="007C1B5A" w14:paraId="313E250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FD17339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C · Amenajări</w:t>
            </w:r>
          </w:p>
        </w:tc>
      </w:tr>
      <w:tr w:rsidR="005C3EEE" w:rsidRPr="007C1B5A" w14:paraId="25511D4F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81F56C9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amenajări civile     ☐ amenajări și îmbunătățiri funciare     ☐ construcții provizorii / cu caracter temporar     ☐ cercetarea / prospectarea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 xml:space="preserve">terenurilor, foraje, excavări     ☐ 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>cercetări pentru zăcăminte naturale     ☐ spații verzi, plantate     ☐ spații publice     ☐ organizare de șantier</w:t>
            </w:r>
          </w:p>
        </w:tc>
      </w:tr>
      <w:tr w:rsidR="005C3EEE" w:rsidRPr="007C1B5A" w14:paraId="6E71FEE4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3DE33B2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D · Lucrări inginerești</w:t>
            </w:r>
          </w:p>
        </w:tc>
      </w:tr>
      <w:tr w:rsidR="005C3EEE" w:rsidRPr="007C1B5A" w14:paraId="59F5BB8E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64C58C1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infrastructură de transport</w:t>
            </w:r>
          </w:p>
        </w:tc>
      </w:tr>
      <w:tr w:rsidR="005C3EEE" w:rsidRPr="007C1B5A" w14:paraId="194298F4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3290F73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infrastructură energetică</w:t>
            </w:r>
          </w:p>
        </w:tc>
      </w:tr>
      <w:tr w:rsidR="005C3EEE" w:rsidRPr="007C1B5A" w14:paraId="35C6A318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AF28AE1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rețele de comunicații electronice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gospodărirea apelo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>r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hidrotehnice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miniere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alte lucrări inginerești necesare realizării unor obiective de interes public</w:t>
            </w:r>
          </w:p>
        </w:tc>
      </w:tr>
    </w:tbl>
    <w:p w14:paraId="206BA2E4" w14:textId="77777777"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7C1B5A" w14:paraId="3CC170E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C54D021" w14:textId="77777777" w:rsidR="005C3EEE" w:rsidRPr="007C1B5A" w:rsidRDefault="009556F4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5C3EEE" w:rsidRPr="007C1B5A" w14:paraId="7CE7659A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4146158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extras de carte funciară actualizat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 xml:space="preserve">☐ plan de situație propus, cu amprenta la sol a corpurilor de clădire propuse spre 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>construire /desființare / extindere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plan de încadrare în zonă în sistem Stereo 70     ☐ descrierea succintă a investiției     ☐ împuternicirea, dacă este cazul</w:t>
            </w:r>
          </w:p>
        </w:tc>
      </w:tr>
    </w:tbl>
    <w:p w14:paraId="5431AFB8" w14:textId="77777777"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7C1B5A" w14:paraId="5227F8DA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12EF98B" w14:textId="77777777" w:rsidR="005C3EEE" w:rsidRPr="007C1B5A" w:rsidRDefault="009556F4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6. COMUNICAREA RĂSPUNSULUI</w:t>
            </w:r>
          </w:p>
        </w:tc>
      </w:tr>
      <w:tr w:rsidR="005C3EEE" w:rsidRPr="007C1B5A" w14:paraId="46A44164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282953D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în format scris, prin poștă     ☐ în format digital, la adresa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de e-mail indicată     ☐ ridicare de la sediul autorității</w:t>
            </w:r>
          </w:p>
        </w:tc>
      </w:tr>
    </w:tbl>
    <w:p w14:paraId="266D7950" w14:textId="77777777"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5C3EEE" w:rsidRPr="007C1B5A" w14:paraId="666DA3AB" w14:textId="77777777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50D3BFB0" w14:textId="77777777" w:rsidR="005C3EEE" w:rsidRPr="007C1B5A" w:rsidRDefault="009556F4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7. DATA ȘI SEMNĂTURA</w:t>
            </w:r>
          </w:p>
        </w:tc>
      </w:tr>
      <w:tr w:rsidR="005C3EEE" w:rsidRPr="007C1B5A" w14:paraId="6012C41C" w14:textId="77777777">
        <w:trPr>
          <w:jc w:val="center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172CC412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2B6A9E10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Solicitantul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343E9624" w14:textId="77777777" w:rsidR="005C3EEE" w:rsidRPr="007C1B5A" w:rsidRDefault="009556F4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4AFA48A1" w14:textId="77777777" w:rsidR="00D7576B" w:rsidRPr="007C1B5A" w:rsidRDefault="00D7576B">
      <w:pPr>
        <w:rPr>
          <w:sz w:val="24"/>
          <w:szCs w:val="24"/>
        </w:rPr>
      </w:pPr>
    </w:p>
    <w:sectPr w:rsidR="00D7576B" w:rsidRPr="007C1B5A" w:rsidSect="00787D95">
      <w:footerReference w:type="default" r:id="rId9"/>
      <w:pgSz w:w="11906" w:h="16838" w:code="9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5BC98" w14:textId="77777777" w:rsidR="009556F4" w:rsidRDefault="009556F4">
      <w:pPr>
        <w:spacing w:after="0" w:line="240" w:lineRule="auto"/>
      </w:pPr>
      <w:r>
        <w:separator/>
      </w:r>
    </w:p>
  </w:endnote>
  <w:endnote w:type="continuationSeparator" w:id="0">
    <w:p w14:paraId="2A97A47D" w14:textId="77777777" w:rsidR="009556F4" w:rsidRDefault="00955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02B4E" w14:textId="0C3B4A81" w:rsidR="005C3EEE" w:rsidRDefault="005C3EEE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B9351" w14:textId="77777777" w:rsidR="009556F4" w:rsidRDefault="009556F4">
      <w:pPr>
        <w:spacing w:after="0" w:line="240" w:lineRule="auto"/>
      </w:pPr>
      <w:r>
        <w:separator/>
      </w:r>
    </w:p>
  </w:footnote>
  <w:footnote w:type="continuationSeparator" w:id="0">
    <w:p w14:paraId="0F7DA1F6" w14:textId="77777777" w:rsidR="009556F4" w:rsidRDefault="009556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0FFD"/>
    <w:rsid w:val="0029639D"/>
    <w:rsid w:val="00326F90"/>
    <w:rsid w:val="005C3EEE"/>
    <w:rsid w:val="00787D95"/>
    <w:rsid w:val="007C1B5A"/>
    <w:rsid w:val="00821B9C"/>
    <w:rsid w:val="009556F4"/>
    <w:rsid w:val="009E4F6F"/>
    <w:rsid w:val="00AA1D8D"/>
    <w:rsid w:val="00B47730"/>
    <w:rsid w:val="00CB0664"/>
    <w:rsid w:val="00D7576B"/>
    <w:rsid w:val="00DD500D"/>
    <w:rsid w:val="00ED44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137869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503</Words>
  <Characters>3475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Attila Bokor</cp:lastModifiedBy>
  <cp:revision>5</cp:revision>
  <dcterms:created xsi:type="dcterms:W3CDTF">2013-12-23T23:15:00Z</dcterms:created>
  <dcterms:modified xsi:type="dcterms:W3CDTF">2026-09-03T08:34:00Z</dcterms:modified>
  <cp:category/>
</cp:coreProperties>
</file>