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CD55F" w14:textId="61E8BD28" w:rsidR="00FA738D" w:rsidRPr="007844EA" w:rsidRDefault="00FA738D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FA738D" w:rsidRPr="007844EA" w14:paraId="492D632C" w14:textId="77777777" w:rsidTr="00994596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8B23E67" w14:textId="33EDEAE1" w:rsidR="00FA738D" w:rsidRPr="007844EA" w:rsidRDefault="00FB7A0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95893BA" wp14:editId="029FCF63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910EBA7" w14:textId="68A1D241" w:rsidR="00FA738D" w:rsidRPr="007844EA" w:rsidRDefault="00A92F7C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r w:rsidR="00586C7B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</w:tc>
      </w:tr>
      <w:tr w:rsidR="00FA738D" w:rsidRPr="007844EA" w14:paraId="2FB829BB" w14:textId="77777777" w:rsidTr="00994596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D427256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92947E7" w14:textId="208C1C87" w:rsidR="00FA738D" w:rsidRPr="007844EA" w:rsidRDefault="00FB7A0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FA738D" w:rsidRPr="007844EA" w14:paraId="7C05DFD5" w14:textId="77777777" w:rsidTr="00994596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4725C958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F219E9" w14:textId="77777777" w:rsidR="00FA738D" w:rsidRPr="007844EA" w:rsidRDefault="00A92F7C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de identificare fiscală (CIF)</w:t>
            </w:r>
          </w:p>
          <w:p w14:paraId="0FAA09B7" w14:textId="6C6C3012" w:rsidR="00586C7B" w:rsidRPr="007844EA" w:rsidRDefault="00FB7A09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F97CC34" w14:textId="7B7181C3" w:rsidR="00586C7B" w:rsidRPr="007844EA" w:rsidRDefault="00A92F7C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 oficială</w:t>
            </w:r>
            <w:r w:rsidR="00CA4095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FB7A09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="00FB7A09"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="00FB7A09"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Sat Praid, Com. Praid, nr. 394,</w:t>
            </w:r>
            <w:r w:rsidR="00586C7B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Harghita</w:t>
            </w:r>
          </w:p>
          <w:p w14:paraId="72DF0C9F" w14:textId="77777777" w:rsidR="00630CBA" w:rsidRDefault="00586C7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</w:p>
          <w:p w14:paraId="6D81B005" w14:textId="71F42B3E" w:rsidR="00586C7B" w:rsidRPr="007844EA" w:rsidRDefault="00586C7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 w:rsidR="00FB7A09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094375AB" w14:textId="2482A65F" w:rsidR="00FA738D" w:rsidRPr="007844EA" w:rsidRDefault="00586C7B" w:rsidP="00586C7B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="00FB7A09"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FA738D" w:rsidRPr="007844EA" w14:paraId="537E9FF5" w14:textId="77777777" w:rsidTr="00994596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868EFDC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CC6799A" w14:textId="4BFCD0E9" w:rsidR="00FA738D" w:rsidRPr="007844EA" w:rsidRDefault="00A92F7C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</w:t>
            </w:r>
            <w:r w:rsidR="00600A49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umă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 înreg</w:t>
            </w:r>
            <w:r w:rsidR="00600A49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istrare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533E901" w14:textId="7C1DA169" w:rsidR="00FA738D" w:rsidRPr="007844EA" w:rsidRDefault="00600A4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FA738D" w:rsidRPr="007844EA" w14:paraId="02C6B25C" w14:textId="77777777" w:rsidTr="00994596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CB569E" w14:textId="77777777" w:rsidR="00FA738D" w:rsidRPr="007844EA" w:rsidRDefault="00A92F7C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se completează de autoritate — solicitantul nu scrie în această zonă</w:t>
            </w:r>
          </w:p>
        </w:tc>
      </w:tr>
    </w:tbl>
    <w:p w14:paraId="1BB5276D" w14:textId="5C45981B" w:rsidR="00FA738D" w:rsidRPr="00E331DE" w:rsidRDefault="00A92F7C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 w14:paraId="5C4EE1B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FB63654" w14:textId="77777777" w:rsidR="00FA738D" w:rsidRPr="00E331DE" w:rsidRDefault="00A92F7C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FA738D" w:rsidRPr="00E331DE" w14:paraId="6E767A7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CABDF" w14:textId="77777777" w:rsidR="00FA738D" w:rsidRPr="00E331DE" w:rsidRDefault="00840F7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</w:p>
          <w:p w14:paraId="593557CF" w14:textId="555401E5" w:rsidR="00840F75" w:rsidRPr="00FB7A09" w:rsidRDefault="00FB7A09">
            <w:pPr>
              <w:spacing w:after="20" w:line="240" w:lineRule="auto"/>
              <w:rPr>
                <w:b/>
                <w:bCs/>
                <w:sz w:val="28"/>
                <w:szCs w:val="28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FA738D" w:rsidRPr="00E331DE" w14:paraId="5E103C1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245E287" w14:textId="1024530E" w:rsidR="00FA738D" w:rsidRPr="00FB7A09" w:rsidRDefault="00840F75">
            <w:pPr>
              <w:spacing w:after="20" w:line="240" w:lineRule="auto"/>
              <w:rPr>
                <w:b/>
                <w:bCs/>
                <w:sz w:val="28"/>
                <w:szCs w:val="28"/>
              </w:rPr>
            </w:pPr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Către </w:t>
            </w:r>
            <w:r w:rsidR="00FB7A09"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 comunei Praid</w:t>
            </w:r>
          </w:p>
        </w:tc>
      </w:tr>
    </w:tbl>
    <w:p w14:paraId="2FDD4F03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FA738D" w:rsidRPr="00E331DE" w14:paraId="51DBD9B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2D0313" w14:textId="77777777" w:rsidR="00FA738D" w:rsidRPr="00E331DE" w:rsidRDefault="00A92F7C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2. SOLICITANTUL</w:t>
            </w:r>
          </w:p>
        </w:tc>
      </w:tr>
      <w:tr w:rsidR="00FA738D" w:rsidRPr="00E331DE" w14:paraId="132D57A7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3B9425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AF53C3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CNP</w:t>
            </w:r>
          </w:p>
        </w:tc>
      </w:tr>
      <w:tr w:rsidR="00FA738D" w:rsidRPr="00E331DE" w14:paraId="04C3C0C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D886627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Act de identitate</w:t>
            </w:r>
          </w:p>
        </w:tc>
      </w:tr>
      <w:tr w:rsidR="00FA738D" w:rsidRPr="00E331DE" w14:paraId="5EF0CBEB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C69D1A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85EB5A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A2ADAA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ED4805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La data</w:t>
            </w:r>
          </w:p>
        </w:tc>
      </w:tr>
      <w:tr w:rsidR="00FA738D" w:rsidRPr="00E331DE" w14:paraId="67DC4CCC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CBE9FC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Domiciliul</w:t>
            </w:r>
          </w:p>
        </w:tc>
      </w:tr>
      <w:tr w:rsidR="00FA738D" w:rsidRPr="00E331DE" w14:paraId="691146CF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7B2FAA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E04268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606BB9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Satul / sectorul</w:t>
            </w:r>
          </w:p>
        </w:tc>
      </w:tr>
      <w:tr w:rsidR="00FA738D" w:rsidRPr="00E331DE" w14:paraId="71A883FE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D672A7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F94961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110D7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6FD2A8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F16CF8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EE3C2F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87CBF7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Țara</w:t>
            </w:r>
          </w:p>
        </w:tc>
      </w:tr>
      <w:tr w:rsidR="00FA738D" w:rsidRPr="00E331DE" w14:paraId="6F85998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DC8921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Date de contact</w:t>
            </w:r>
          </w:p>
        </w:tc>
      </w:tr>
      <w:tr w:rsidR="00FA738D" w:rsidRPr="00E331DE" w14:paraId="2A44C714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5F57AF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B3C2CC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E-mail</w:t>
            </w:r>
          </w:p>
        </w:tc>
      </w:tr>
      <w:tr w:rsidR="00FA738D" w:rsidRPr="00E331DE" w14:paraId="39AC14B7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96223C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Reprezentare</w:t>
            </w:r>
          </w:p>
        </w:tc>
      </w:tr>
      <w:tr w:rsidR="00FA738D" w:rsidRPr="00E331DE" w14:paraId="11999D85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A37DCF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1E330F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CUI / CIF</w:t>
            </w:r>
          </w:p>
        </w:tc>
      </w:tr>
    </w:tbl>
    <w:p w14:paraId="4D3CAD57" w14:textId="77777777" w:rsidR="00FA738D" w:rsidRPr="00E331DE" w:rsidRDefault="00A92F7C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sz w:val="20"/>
          <w:szCs w:val="28"/>
        </w:rPr>
        <w:t>în conformitate cu prevederile Legii nr. 169/2026 privind Codul amenajării teritoriului, urbanismului și construcțiilor,</w:t>
      </w:r>
      <w:r w:rsidRPr="00E331DE">
        <w:rPr>
          <w:rFonts w:ascii="Times New Roman" w:hAnsi="Times New Roman"/>
          <w:sz w:val="20"/>
          <w:szCs w:val="28"/>
        </w:rPr>
        <w:br/>
        <w:t>solicit emiterea</w:t>
      </w:r>
      <w:r w:rsidRPr="00E331DE">
        <w:rPr>
          <w:rFonts w:ascii="Times New Roman" w:hAnsi="Times New Roman"/>
          <w:sz w:val="20"/>
          <w:szCs w:val="28"/>
        </w:rPr>
        <w:br/>
      </w:r>
      <w:r w:rsidRPr="00E331DE">
        <w:rPr>
          <w:rFonts w:ascii="Times New Roman" w:hAnsi="Times New Roman"/>
          <w:b/>
          <w:sz w:val="24"/>
          <w:szCs w:val="28"/>
        </w:rPr>
        <w:t>CERTIFICATULUI DE URBANISM DE INFORMARE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2700"/>
        <w:gridCol w:w="900"/>
        <w:gridCol w:w="1800"/>
        <w:gridCol w:w="1800"/>
      </w:tblGrid>
      <w:tr w:rsidR="00FA738D" w:rsidRPr="00E331DE" w14:paraId="4E5D958B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D2BB06" w14:textId="77777777" w:rsidR="00FA738D" w:rsidRPr="00E331DE" w:rsidRDefault="00A92F7C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3. IMOBILUL</w:t>
            </w:r>
          </w:p>
        </w:tc>
      </w:tr>
      <w:tr w:rsidR="00FA738D" w:rsidRPr="00E331DE" w14:paraId="3FD005F9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3ED075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teren     ☐ construcții</w:t>
            </w:r>
          </w:p>
        </w:tc>
      </w:tr>
      <w:tr w:rsidR="00FA738D" w:rsidRPr="00E331DE" w14:paraId="66834B6B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8209D5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C00B31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7A3656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 / sector</w:t>
            </w:r>
          </w:p>
        </w:tc>
      </w:tr>
      <w:tr w:rsidR="00FA738D" w:rsidRPr="00E331DE" w14:paraId="5DA41400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F14154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641E37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E7F0A2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0749B9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Bl. / sc. / et. / ap.</w:t>
            </w:r>
          </w:p>
        </w:tc>
      </w:tr>
      <w:tr w:rsidR="00FA738D" w:rsidRPr="00E331DE" w14:paraId="6B85F433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A01D03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Suprafața terenului (m²)</w:t>
            </w:r>
          </w:p>
        </w:tc>
      </w:tr>
      <w:tr w:rsidR="00FA738D" w:rsidRPr="00E331DE" w14:paraId="1CCE34EE" w14:textId="77777777">
        <w:trPr>
          <w:jc w:val="center"/>
        </w:trPr>
        <w:tc>
          <w:tcPr>
            <w:tcW w:w="63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F628F7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 cadastral</w:t>
            </w: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br/>
            </w:r>
            <w:r w:rsidRPr="00E331DE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8E3683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Carte funciară nr.</w:t>
            </w:r>
          </w:p>
        </w:tc>
      </w:tr>
      <w:tr w:rsidR="00FA738D" w:rsidRPr="00E331DE" w14:paraId="5270881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DD1532C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 extras de carte funciară actualizat, anexat</w:t>
            </w:r>
          </w:p>
        </w:tc>
      </w:tr>
      <w:tr w:rsidR="00FA738D" w:rsidRPr="00E331DE" w14:paraId="462713E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22A52A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 plan de încadrare în zonă în sistem Stereo 70, anexat eliberat, la cerere, de către Agenția Națională de Cadastru și Publicitate Imobiliară</w:t>
            </w:r>
          </w:p>
        </w:tc>
      </w:tr>
    </w:tbl>
    <w:p w14:paraId="64343281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 w14:paraId="412A1C3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1825CAC" w14:textId="77777777" w:rsidR="00FA738D" w:rsidRPr="00E331DE" w:rsidRDefault="00A92F7C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4. COMUNICAREA RĂSPUNSULUI</w:t>
            </w:r>
          </w:p>
        </w:tc>
      </w:tr>
      <w:tr w:rsidR="00FA738D" w:rsidRPr="00E331DE" w14:paraId="2E2E31D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7890269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3D3BBC35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A738D" w:rsidRPr="00E331DE" w14:paraId="7A6FBA02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7B01DB0" w14:textId="77777777" w:rsidR="00FA738D" w:rsidRPr="00E331DE" w:rsidRDefault="00A92F7C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5. DATA ȘI SEMNĂTURA</w:t>
            </w:r>
          </w:p>
        </w:tc>
      </w:tr>
      <w:tr w:rsidR="00FA738D" w:rsidRPr="00E331DE" w14:paraId="58145FE1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3FCD19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49AC00FD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66AEB9A2" w14:textId="77777777" w:rsidR="00FA738D" w:rsidRPr="00E331DE" w:rsidRDefault="00A92F7C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Semnătura</w:t>
            </w:r>
          </w:p>
        </w:tc>
      </w:tr>
    </w:tbl>
    <w:p w14:paraId="20AF2763" w14:textId="77777777" w:rsidR="00C450B8" w:rsidRDefault="00C450B8">
      <w:pPr>
        <w:rPr>
          <w:sz w:val="24"/>
          <w:szCs w:val="24"/>
        </w:rPr>
      </w:pPr>
    </w:p>
    <w:p w14:paraId="29F74EF2" w14:textId="0F9C5A95" w:rsidR="00585DFB" w:rsidRPr="00585DFB" w:rsidRDefault="00585DFB" w:rsidP="00585DFB">
      <w:pPr>
        <w:tabs>
          <w:tab w:val="left" w:pos="78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585DFB" w:rsidRPr="00585DFB" w:rsidSect="00585DFB">
      <w:headerReference w:type="default" r:id="rId9"/>
      <w:footerReference w:type="default" r:id="rId10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DAD7B" w14:textId="77777777" w:rsidR="00DB6D68" w:rsidRDefault="00DB6D68">
      <w:pPr>
        <w:spacing w:after="0" w:line="240" w:lineRule="auto"/>
      </w:pPr>
      <w:r>
        <w:separator/>
      </w:r>
    </w:p>
  </w:endnote>
  <w:endnote w:type="continuationSeparator" w:id="0">
    <w:p w14:paraId="05FD96AE" w14:textId="77777777" w:rsidR="00DB6D68" w:rsidRDefault="00DB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F1A64" w14:textId="2EE7EC9C" w:rsidR="00FA738D" w:rsidRDefault="00FA738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24342" w14:textId="77777777" w:rsidR="00DB6D68" w:rsidRDefault="00DB6D68">
      <w:pPr>
        <w:spacing w:after="0" w:line="240" w:lineRule="auto"/>
      </w:pPr>
      <w:r>
        <w:separator/>
      </w:r>
    </w:p>
  </w:footnote>
  <w:footnote w:type="continuationSeparator" w:id="0">
    <w:p w14:paraId="46701B1D" w14:textId="77777777" w:rsidR="00DB6D68" w:rsidRDefault="00DB6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5373" w14:textId="55AF9A39" w:rsidR="00FA738D" w:rsidRDefault="00FA738D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FFD"/>
    <w:rsid w:val="0029639D"/>
    <w:rsid w:val="002E0F86"/>
    <w:rsid w:val="00326F90"/>
    <w:rsid w:val="00397F44"/>
    <w:rsid w:val="003E462E"/>
    <w:rsid w:val="004B6FF7"/>
    <w:rsid w:val="00585DFB"/>
    <w:rsid w:val="00586C7B"/>
    <w:rsid w:val="00600A49"/>
    <w:rsid w:val="00630CBA"/>
    <w:rsid w:val="006F39D8"/>
    <w:rsid w:val="007234AD"/>
    <w:rsid w:val="007844EA"/>
    <w:rsid w:val="00840F75"/>
    <w:rsid w:val="00954082"/>
    <w:rsid w:val="009619DE"/>
    <w:rsid w:val="00994596"/>
    <w:rsid w:val="009A28C4"/>
    <w:rsid w:val="00A92F7C"/>
    <w:rsid w:val="00AA1D8D"/>
    <w:rsid w:val="00AA4126"/>
    <w:rsid w:val="00B47730"/>
    <w:rsid w:val="00B61854"/>
    <w:rsid w:val="00BC56FD"/>
    <w:rsid w:val="00C450B8"/>
    <w:rsid w:val="00CA4095"/>
    <w:rsid w:val="00CB0664"/>
    <w:rsid w:val="00CC6509"/>
    <w:rsid w:val="00DB6D68"/>
    <w:rsid w:val="00E331DE"/>
    <w:rsid w:val="00FA738D"/>
    <w:rsid w:val="00FB7A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CEB52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30</cp:revision>
  <cp:lastPrinted>2026-08-27T09:48:00Z</cp:lastPrinted>
  <dcterms:created xsi:type="dcterms:W3CDTF">2013-12-23T23:15:00Z</dcterms:created>
  <dcterms:modified xsi:type="dcterms:W3CDTF">2026-09-03T08:53:00Z</dcterms:modified>
  <cp:category/>
</cp:coreProperties>
</file>