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4320"/>
        <w:gridCol w:w="4320"/>
      </w:tblGrid>
      <w:tr w:rsidR="00A83A95" w:rsidRPr="007844EA" w14:paraId="46CECAF6" w14:textId="77777777" w:rsidTr="00FE4392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62781123" w14:textId="77777777" w:rsidR="00A83A95" w:rsidRPr="007844EA" w:rsidRDefault="00A83A95" w:rsidP="00FE4392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09E189BC" wp14:editId="2C6DACDE">
                  <wp:simplePos x="0" y="0"/>
                  <wp:positionH relativeFrom="column">
                    <wp:posOffset>359134</wp:posOffset>
                  </wp:positionH>
                  <wp:positionV relativeFrom="paragraph">
                    <wp:posOffset>172528</wp:posOffset>
                  </wp:positionV>
                  <wp:extent cx="533400" cy="657225"/>
                  <wp:effectExtent l="0" t="0" r="0" b="9525"/>
                  <wp:wrapTight wrapText="bothSides">
                    <wp:wrapPolygon edited="0">
                      <wp:start x="0" y="0"/>
                      <wp:lineTo x="0" y="21287"/>
                      <wp:lineTo x="20829" y="21287"/>
                      <wp:lineTo x="20829" y="0"/>
                      <wp:lineTo x="0" y="0"/>
                    </wp:wrapPolygon>
                  </wp:wrapTight>
                  <wp:docPr id="7" name="Kép 7" descr="stema r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Kép 7" descr="stema ro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333657B0" w14:textId="77777777" w:rsidR="00A83A95" w:rsidRPr="007844EA" w:rsidRDefault="00A83A95" w:rsidP="00FE4392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 Harghita</w:t>
            </w:r>
          </w:p>
        </w:tc>
      </w:tr>
      <w:tr w:rsidR="00A83A95" w:rsidRPr="007844EA" w14:paraId="526AD0EC" w14:textId="77777777" w:rsidTr="00FE4392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064D18E9" w14:textId="77777777" w:rsidR="00A83A95" w:rsidRPr="007844EA" w:rsidRDefault="00A83A95" w:rsidP="00FE4392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56C15871" w14:textId="77777777" w:rsidR="00A83A95" w:rsidRPr="007844EA" w:rsidRDefault="00A83A95" w:rsidP="00FE4392">
            <w:pPr>
              <w:spacing w:after="20" w:line="240" w:lineRule="auto"/>
              <w:rPr>
                <w:sz w:val="24"/>
                <w:szCs w:val="24"/>
                <w:lang w:val="ro-RO"/>
              </w:rPr>
            </w:pPr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COMUNA PRAID</w:t>
            </w:r>
          </w:p>
        </w:tc>
      </w:tr>
      <w:tr w:rsidR="00A83A95" w:rsidRPr="007844EA" w14:paraId="4352E9A7" w14:textId="77777777" w:rsidTr="00FE4392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66DDE0D2" w14:textId="77777777" w:rsidR="00A83A95" w:rsidRPr="007844EA" w:rsidRDefault="00A83A95" w:rsidP="00FE4392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6906D87D" w14:textId="77777777" w:rsidR="00A83A95" w:rsidRPr="007844EA" w:rsidRDefault="00A83A95" w:rsidP="00FE4392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de identificare fiscală (CIF)</w:t>
            </w:r>
          </w:p>
          <w:p w14:paraId="46AC2B72" w14:textId="77777777" w:rsidR="00A83A95" w:rsidRPr="007844EA" w:rsidRDefault="00A83A95" w:rsidP="00FE4392">
            <w:pPr>
              <w:spacing w:after="2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4368103</w:t>
            </w: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560B8DCD" w14:textId="77777777" w:rsidR="00A83A95" w:rsidRPr="007844EA" w:rsidRDefault="00A83A95" w:rsidP="00FE4392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Adresa oficială : 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537240</w:t>
            </w:r>
            <w:r w:rsidRPr="00FB7A09">
              <w:rPr>
                <w:rFonts w:ascii="Times New Roman" w:hAnsi="Times New Roman"/>
                <w:b/>
                <w:bCs/>
                <w:sz w:val="15"/>
              </w:rPr>
              <w:t xml:space="preserve"> </w:t>
            </w:r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Sat Praid, Com. Praid, nr. 394,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Harghita</w:t>
            </w:r>
          </w:p>
          <w:p w14:paraId="6502383D" w14:textId="77777777" w:rsidR="003C08E6" w:rsidRDefault="00A83A95" w:rsidP="00FE4392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România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ab/>
            </w:r>
          </w:p>
          <w:p w14:paraId="144BE610" w14:textId="5639085A" w:rsidR="00A83A95" w:rsidRPr="007844EA" w:rsidRDefault="00A83A95" w:rsidP="00FE4392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Tel: +0266 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240 175</w:t>
            </w:r>
          </w:p>
          <w:p w14:paraId="3EC5BF91" w14:textId="77777777" w:rsidR="00A83A95" w:rsidRPr="007844EA" w:rsidRDefault="00A83A95" w:rsidP="00FE4392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E-mail: </w:t>
            </w:r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primariapraid@yahoo.com</w:t>
            </w:r>
          </w:p>
        </w:tc>
      </w:tr>
      <w:tr w:rsidR="00A83A95" w:rsidRPr="007844EA" w14:paraId="40EADA33" w14:textId="77777777" w:rsidTr="00FE4392">
        <w:trPr>
          <w:trHeight w:val="124"/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5EDA8C8C" w14:textId="77777777" w:rsidR="00A83A95" w:rsidRPr="007844EA" w:rsidRDefault="00A83A95" w:rsidP="00FE4392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014ED1BF" w14:textId="77777777" w:rsidR="00A83A95" w:rsidRPr="007844EA" w:rsidRDefault="00A83A95" w:rsidP="00FE4392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 înregistrare</w:t>
            </w: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47D13BAB" w14:textId="77777777" w:rsidR="00A83A95" w:rsidRPr="007844EA" w:rsidRDefault="00A83A95" w:rsidP="00FE4392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</w:tr>
      <w:tr w:rsidR="00A83A95" w:rsidRPr="007844EA" w14:paraId="7F5563C5" w14:textId="77777777" w:rsidTr="00FE4392">
        <w:trPr>
          <w:jc w:val="center"/>
        </w:trPr>
        <w:tc>
          <w:tcPr>
            <w:tcW w:w="4320" w:type="dxa"/>
            <w:gridSpan w:val="3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F9F9F9"/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0CC1BBFC" w14:textId="77777777" w:rsidR="00A83A95" w:rsidRPr="007844EA" w:rsidRDefault="00A83A95" w:rsidP="00FE4392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se completează de autoritate — solicitantul nu scrie în această zonă</w:t>
            </w:r>
          </w:p>
        </w:tc>
      </w:tr>
    </w:tbl>
    <w:p w14:paraId="296D0518" w14:textId="77777777" w:rsidR="00A83A95" w:rsidRDefault="00A83A95" w:rsidP="0031126D">
      <w:pPr>
        <w:spacing w:before="80" w:after="60" w:line="240" w:lineRule="auto"/>
        <w:jc w:val="center"/>
        <w:rPr>
          <w:rFonts w:ascii="Times New Roman" w:hAnsi="Times New Roman"/>
          <w:b/>
          <w:sz w:val="32"/>
          <w:szCs w:val="28"/>
        </w:rPr>
      </w:pPr>
    </w:p>
    <w:p w14:paraId="2F9B368B" w14:textId="2A0C5ECD" w:rsidR="0031126D" w:rsidRPr="00E91FC5" w:rsidRDefault="0031126D" w:rsidP="0031126D">
      <w:pPr>
        <w:spacing w:before="80" w:after="60" w:line="240" w:lineRule="auto"/>
        <w:jc w:val="center"/>
        <w:rPr>
          <w:sz w:val="28"/>
          <w:szCs w:val="28"/>
        </w:rPr>
      </w:pPr>
      <w:r w:rsidRPr="00E91FC5">
        <w:rPr>
          <w:rFonts w:ascii="Times New Roman" w:hAnsi="Times New Roman"/>
          <w:b/>
          <w:sz w:val="32"/>
          <w:szCs w:val="28"/>
        </w:rPr>
        <w:t>CERERE</w:t>
      </w:r>
    </w:p>
    <w:tbl>
      <w:tblPr>
        <w:tblW w:w="10908" w:type="dxa"/>
        <w:jc w:val="center"/>
        <w:tblLayout w:type="fixed"/>
        <w:tblLook w:val="04A0" w:firstRow="1" w:lastRow="0" w:firstColumn="1" w:lastColumn="0" w:noHBand="0" w:noVBand="1"/>
      </w:tblPr>
      <w:tblGrid>
        <w:gridCol w:w="10908"/>
      </w:tblGrid>
      <w:tr w:rsidR="0031126D" w:rsidRPr="00E91FC5" w14:paraId="35EB67AD" w14:textId="77777777" w:rsidTr="00A83A95">
        <w:trPr>
          <w:jc w:val="center"/>
        </w:trPr>
        <w:tc>
          <w:tcPr>
            <w:tcW w:w="109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70883F25" w14:textId="77777777" w:rsidR="0031126D" w:rsidRPr="00E91FC5" w:rsidRDefault="0031126D" w:rsidP="005A67B9">
            <w:pPr>
              <w:spacing w:before="20" w:after="20" w:line="240" w:lineRule="auto"/>
              <w:rPr>
                <w:sz w:val="28"/>
                <w:szCs w:val="28"/>
              </w:rPr>
            </w:pPr>
            <w:r w:rsidRPr="00E91FC5">
              <w:rPr>
                <w:rFonts w:ascii="Times New Roman" w:hAnsi="Times New Roman"/>
                <w:b/>
                <w:sz w:val="20"/>
                <w:szCs w:val="28"/>
              </w:rPr>
              <w:t>1. CĂTRE</w:t>
            </w:r>
          </w:p>
        </w:tc>
      </w:tr>
      <w:tr w:rsidR="00A83A95" w:rsidRPr="00E91FC5" w14:paraId="6A09FDBF" w14:textId="77777777" w:rsidTr="00A83A95">
        <w:trPr>
          <w:jc w:val="center"/>
        </w:trPr>
        <w:tc>
          <w:tcPr>
            <w:tcW w:w="109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32432B0B" w14:textId="77777777" w:rsidR="00A83A95" w:rsidRPr="00E331DE" w:rsidRDefault="00A83A95" w:rsidP="00A83A95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20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Instituția</w:t>
            </w:r>
          </w:p>
          <w:p w14:paraId="32EA8556" w14:textId="55D72248" w:rsidR="00A83A95" w:rsidRPr="00E91FC5" w:rsidRDefault="00A83A95" w:rsidP="00A83A95">
            <w:pPr>
              <w:spacing w:after="20" w:line="240" w:lineRule="auto"/>
              <w:rPr>
                <w:sz w:val="28"/>
                <w:szCs w:val="28"/>
              </w:rPr>
            </w:pPr>
            <w:r w:rsidRPr="00FB7A09">
              <w:rPr>
                <w:rFonts w:ascii="Times New Roman" w:hAnsi="Times New Roman"/>
                <w:b/>
                <w:bCs/>
                <w:i/>
                <w:color w:val="787878"/>
                <w:sz w:val="18"/>
                <w:szCs w:val="28"/>
              </w:rPr>
              <w:t>PRIMARIA COMUNEI PRAID</w:t>
            </w:r>
          </w:p>
        </w:tc>
      </w:tr>
      <w:tr w:rsidR="00A83A95" w:rsidRPr="00E91FC5" w14:paraId="06D3F034" w14:textId="77777777" w:rsidTr="00A83A95">
        <w:trPr>
          <w:jc w:val="center"/>
        </w:trPr>
        <w:tc>
          <w:tcPr>
            <w:tcW w:w="109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1C58697F" w14:textId="0DD0C7DF" w:rsidR="00A83A95" w:rsidRPr="00E91FC5" w:rsidRDefault="00A83A95" w:rsidP="00A83A95">
            <w:pPr>
              <w:spacing w:after="20" w:line="240" w:lineRule="auto"/>
              <w:rPr>
                <w:sz w:val="28"/>
                <w:szCs w:val="28"/>
              </w:rPr>
            </w:pPr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>Către primarul comunei Praid</w:t>
            </w:r>
          </w:p>
        </w:tc>
      </w:tr>
    </w:tbl>
    <w:p w14:paraId="13C62C67" w14:textId="77777777" w:rsidR="00BB33FD" w:rsidRPr="00E91FC5" w:rsidRDefault="00BB33FD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4"/>
        <w:gridCol w:w="1824"/>
        <w:gridCol w:w="912"/>
        <w:gridCol w:w="912"/>
        <w:gridCol w:w="912"/>
        <w:gridCol w:w="912"/>
        <w:gridCol w:w="912"/>
        <w:gridCol w:w="912"/>
        <w:gridCol w:w="1824"/>
      </w:tblGrid>
      <w:tr w:rsidR="00BB33FD" w:rsidRPr="00E91FC5" w14:paraId="4E118020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4A2367F" w14:textId="77777777" w:rsidR="00BB33FD" w:rsidRPr="00E91FC5" w:rsidRDefault="00F14690">
            <w:pPr>
              <w:spacing w:before="10" w:after="1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sz w:val="18"/>
                <w:szCs w:val="24"/>
              </w:rPr>
              <w:t>2. SOLICITANTUL</w:t>
            </w:r>
          </w:p>
        </w:tc>
      </w:tr>
      <w:tr w:rsidR="00BB33FD" w:rsidRPr="00E91FC5" w14:paraId="4226ABE4" w14:textId="77777777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106D2B3D" w14:textId="77777777" w:rsidR="00BB33FD" w:rsidRPr="00E91FC5" w:rsidRDefault="00F1469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 și prenume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47206DF2" w14:textId="77777777" w:rsidR="00BB33FD" w:rsidRPr="00E91FC5" w:rsidRDefault="00F1469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CNP</w:t>
            </w:r>
          </w:p>
        </w:tc>
      </w:tr>
      <w:tr w:rsidR="00BB33FD" w:rsidRPr="00E91FC5" w14:paraId="04438D44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609D0E89" w14:textId="77777777" w:rsidR="00BB33FD" w:rsidRPr="00E91FC5" w:rsidRDefault="00F1469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color w:val="000000"/>
                <w:sz w:val="16"/>
                <w:szCs w:val="24"/>
              </w:rPr>
              <w:t>Act de identitate</w:t>
            </w:r>
          </w:p>
        </w:tc>
      </w:tr>
      <w:tr w:rsidR="00BB33FD" w:rsidRPr="00E91FC5" w14:paraId="7F21C862" w14:textId="77777777">
        <w:trPr>
          <w:jc w:val="center"/>
        </w:trPr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E8F27F8" w14:textId="77777777" w:rsidR="00BB33FD" w:rsidRPr="00E91FC5" w:rsidRDefault="00F1469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Seria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44FD2CC3" w14:textId="77777777" w:rsidR="00BB33FD" w:rsidRPr="00E91FC5" w:rsidRDefault="00F1469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Numărul</w:t>
            </w:r>
          </w:p>
        </w:tc>
        <w:tc>
          <w:tcPr>
            <w:tcW w:w="456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FAAFC3F" w14:textId="77777777" w:rsidR="00BB33FD" w:rsidRPr="00E91FC5" w:rsidRDefault="00F1469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Eliberat de</w:t>
            </w:r>
          </w:p>
        </w:tc>
        <w:tc>
          <w:tcPr>
            <w:tcW w:w="27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1D9BDAB3" w14:textId="77777777" w:rsidR="00BB33FD" w:rsidRPr="00E91FC5" w:rsidRDefault="00F1469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La data</w:t>
            </w:r>
          </w:p>
        </w:tc>
      </w:tr>
      <w:tr w:rsidR="00BB33FD" w:rsidRPr="00E91FC5" w14:paraId="0C145822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4E11631E" w14:textId="77777777" w:rsidR="00BB33FD" w:rsidRPr="00E91FC5" w:rsidRDefault="00F1469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color w:val="000000"/>
                <w:sz w:val="16"/>
                <w:szCs w:val="24"/>
              </w:rPr>
              <w:t>Domiciliul</w:t>
            </w:r>
          </w:p>
        </w:tc>
      </w:tr>
      <w:tr w:rsidR="00BB33FD" w:rsidRPr="00E91FC5" w14:paraId="1D7CAC54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0385C8DA" w14:textId="77777777" w:rsidR="00BB33FD" w:rsidRPr="00E91FC5" w:rsidRDefault="00F1469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E770506" w14:textId="77777777" w:rsidR="00BB33FD" w:rsidRPr="00E91FC5" w:rsidRDefault="00F1469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 / orașul / comuna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7088900" w14:textId="77777777" w:rsidR="00BB33FD" w:rsidRPr="00E91FC5" w:rsidRDefault="00F1469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 / sectorul</w:t>
            </w:r>
          </w:p>
        </w:tc>
      </w:tr>
      <w:tr w:rsidR="00BB33FD" w:rsidRPr="00E91FC5" w14:paraId="3BD6BC36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2EBD893" w14:textId="77777777" w:rsidR="00BB33FD" w:rsidRPr="00E91FC5" w:rsidRDefault="00F1469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CE052DF" w14:textId="77777777" w:rsidR="00BB33FD" w:rsidRPr="00E91FC5" w:rsidRDefault="00F1469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04D81C31" w14:textId="77777777" w:rsidR="00BB33FD" w:rsidRPr="00E91FC5" w:rsidRDefault="00F1469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1BE3BD8" w14:textId="77777777" w:rsidR="00BB33FD" w:rsidRPr="00E91FC5" w:rsidRDefault="00F1469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A0AC894" w14:textId="77777777" w:rsidR="00BB33FD" w:rsidRPr="00E91FC5" w:rsidRDefault="00F1469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ABD9A06" w14:textId="77777777" w:rsidR="00BB33FD" w:rsidRPr="00E91FC5" w:rsidRDefault="00F1469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6CAC43A" w14:textId="77777777" w:rsidR="00BB33FD" w:rsidRPr="00E91FC5" w:rsidRDefault="00F1469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</w:p>
        </w:tc>
      </w:tr>
      <w:tr w:rsidR="00BB33FD" w:rsidRPr="00E91FC5" w14:paraId="575292C0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7FF46F9" w14:textId="77777777" w:rsidR="00BB33FD" w:rsidRPr="00E91FC5" w:rsidRDefault="00F1469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color w:val="000000"/>
                <w:sz w:val="16"/>
                <w:szCs w:val="24"/>
              </w:rPr>
              <w:t>Date de contact</w:t>
            </w:r>
          </w:p>
        </w:tc>
      </w:tr>
      <w:tr w:rsidR="00BB33FD" w:rsidRPr="00E91FC5" w14:paraId="345A6615" w14:textId="77777777">
        <w:trPr>
          <w:jc w:val="center"/>
        </w:trPr>
        <w:tc>
          <w:tcPr>
            <w:tcW w:w="547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15D4B6DB" w14:textId="77777777" w:rsidR="00BB33FD" w:rsidRPr="00E91FC5" w:rsidRDefault="00F1469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Telefon / fax</w:t>
            </w:r>
          </w:p>
        </w:tc>
        <w:tc>
          <w:tcPr>
            <w:tcW w:w="547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1C77A0A4" w14:textId="77777777" w:rsidR="00BB33FD" w:rsidRPr="00E91FC5" w:rsidRDefault="00F1469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E-mail</w:t>
            </w:r>
          </w:p>
        </w:tc>
      </w:tr>
      <w:tr w:rsidR="00BB33FD" w:rsidRPr="00E91FC5" w14:paraId="3EC36C4A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0B0AF771" w14:textId="77777777" w:rsidR="00BB33FD" w:rsidRPr="00E91FC5" w:rsidRDefault="00F1469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color w:val="000000"/>
                <w:sz w:val="16"/>
                <w:szCs w:val="24"/>
              </w:rPr>
              <w:t>Reprezentare</w:t>
            </w:r>
          </w:p>
        </w:tc>
      </w:tr>
      <w:tr w:rsidR="00BB33FD" w:rsidRPr="00E91FC5" w14:paraId="250E3F2F" w14:textId="77777777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6A1E1C3C" w14:textId="77777777" w:rsidR="00BB33FD" w:rsidRPr="00E91FC5" w:rsidRDefault="00F1469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 calitate de reprezentant al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02E2355" w14:textId="77777777" w:rsidR="00BB33FD" w:rsidRPr="00E91FC5" w:rsidRDefault="00F1469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CUI / CIF</w:t>
            </w:r>
          </w:p>
        </w:tc>
      </w:tr>
      <w:tr w:rsidR="00BB33FD" w:rsidRPr="00E91FC5" w14:paraId="005C2B8F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E9AB69B" w14:textId="77777777" w:rsidR="00BB33FD" w:rsidRPr="00E91FC5" w:rsidRDefault="00F14690">
            <w:pPr>
              <w:spacing w:after="1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sz w:val="18"/>
                <w:szCs w:val="24"/>
              </w:rPr>
              <w:t>☐ titular al dreptului de proprietate     ☐ împuternicit al titularului</w:t>
            </w:r>
          </w:p>
        </w:tc>
      </w:tr>
    </w:tbl>
    <w:p w14:paraId="6AFFB8DB" w14:textId="77777777" w:rsidR="00BB33FD" w:rsidRPr="00E91FC5" w:rsidRDefault="00F14690">
      <w:pPr>
        <w:spacing w:before="80" w:after="60" w:line="240" w:lineRule="auto"/>
        <w:jc w:val="center"/>
        <w:rPr>
          <w:sz w:val="24"/>
          <w:szCs w:val="24"/>
        </w:rPr>
      </w:pPr>
      <w:r w:rsidRPr="00E91FC5">
        <w:rPr>
          <w:rFonts w:ascii="Times New Roman" w:hAnsi="Times New Roman"/>
          <w:sz w:val="18"/>
          <w:szCs w:val="24"/>
        </w:rPr>
        <w:t>în conformitate cu prevederile Legii nr. 169/2026 privind Codul amenajării teritoriului, urbanismului și construcțiilor,</w:t>
      </w:r>
      <w:r w:rsidRPr="00E91FC5">
        <w:rPr>
          <w:rFonts w:ascii="Times New Roman" w:hAnsi="Times New Roman"/>
          <w:sz w:val="18"/>
          <w:szCs w:val="24"/>
        </w:rPr>
        <w:br/>
        <w:t>solicit emiterea</w:t>
      </w:r>
      <w:r w:rsidRPr="00E91FC5">
        <w:rPr>
          <w:rFonts w:ascii="Times New Roman" w:hAnsi="Times New Roman"/>
          <w:sz w:val="18"/>
          <w:szCs w:val="24"/>
        </w:rPr>
        <w:br/>
      </w:r>
      <w:r w:rsidRPr="00E91FC5">
        <w:rPr>
          <w:rFonts w:ascii="Times New Roman" w:hAnsi="Times New Roman"/>
          <w:b/>
          <w:szCs w:val="24"/>
        </w:rPr>
        <w:t>CERTIFICATULUI DE URBANISM</w:t>
      </w:r>
      <w:r w:rsidRPr="00E91FC5">
        <w:rPr>
          <w:rFonts w:ascii="Times New Roman" w:hAnsi="Times New Roman"/>
          <w:b/>
          <w:szCs w:val="24"/>
        </w:rPr>
        <w:br/>
        <w:t>PENTRU OPERAȚIUNI CADASTRALE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BB33FD" w:rsidRPr="00E91FC5" w14:paraId="5A3E62F5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6F639455" w14:textId="77777777" w:rsidR="00BB33FD" w:rsidRPr="00E91FC5" w:rsidRDefault="00F14690">
            <w:pPr>
              <w:spacing w:before="10" w:after="1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sz w:val="18"/>
                <w:szCs w:val="24"/>
              </w:rPr>
              <w:t>3. ÎN  VEDEREA REALIZĂRII OPERAȚIUNII CADATRALE :</w:t>
            </w:r>
          </w:p>
        </w:tc>
      </w:tr>
      <w:tr w:rsidR="00BB33FD" w:rsidRPr="00E91FC5" w14:paraId="634FFF2F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2667485E" w14:textId="77777777" w:rsidR="00BB33FD" w:rsidRPr="00E91FC5" w:rsidRDefault="00F14690">
            <w:pPr>
              <w:spacing w:after="1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sz w:val="18"/>
                <w:szCs w:val="24"/>
              </w:rPr>
              <w:t>☐ comasare (alipire)     ☐ dezmembrare (dezlipire)     ☐ înscrierea unor servituți de trecere</w:t>
            </w:r>
          </w:p>
        </w:tc>
      </w:tr>
      <w:tr w:rsidR="00BB33FD" w:rsidRPr="00E91FC5" w14:paraId="332541B6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0EFDA164" w14:textId="77777777" w:rsidR="00BB33FD" w:rsidRPr="00E91FC5" w:rsidRDefault="00F14690">
            <w:pPr>
              <w:spacing w:after="1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sz w:val="18"/>
                <w:szCs w:val="24"/>
              </w:rPr>
              <w:t>☐ evidențieri de imobile în cartea funciară     ☐ reevidențieri de imobile în cartea funciară</w:t>
            </w:r>
          </w:p>
        </w:tc>
      </w:tr>
      <w:tr w:rsidR="00BB33FD" w:rsidRPr="00E91FC5" w14:paraId="1288381D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3756A86D" w14:textId="77777777" w:rsidR="00BB33FD" w:rsidRPr="00E91FC5" w:rsidRDefault="00F14690">
            <w:pPr>
              <w:spacing w:after="1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color w:val="505050"/>
                <w:sz w:val="16"/>
                <w:szCs w:val="24"/>
              </w:rPr>
              <w:t>Descrierea operațiunii cadastrale propuse :</w:t>
            </w:r>
            <w:r w:rsidRPr="00E91FC5">
              <w:rPr>
                <w:rFonts w:ascii="Times New Roman" w:hAnsi="Times New Roman"/>
                <w:color w:val="505050"/>
                <w:sz w:val="16"/>
                <w:szCs w:val="24"/>
              </w:rPr>
              <w:br/>
            </w:r>
            <w:r w:rsidRPr="00E91FC5">
              <w:rPr>
                <w:rFonts w:ascii="Times New Roman" w:hAnsi="Times New Roman"/>
                <w:color w:val="505050"/>
                <w:sz w:val="16"/>
                <w:szCs w:val="24"/>
              </w:rPr>
              <w:br/>
              <w:t>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0EDD7433" w14:textId="77777777" w:rsidR="00BB33FD" w:rsidRPr="00E91FC5" w:rsidRDefault="00BB33FD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912"/>
        <w:gridCol w:w="2736"/>
        <w:gridCol w:w="912"/>
        <w:gridCol w:w="1824"/>
        <w:gridCol w:w="1824"/>
      </w:tblGrid>
      <w:tr w:rsidR="00BB33FD" w:rsidRPr="00E91FC5" w14:paraId="2D24A29D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60BF7CD3" w14:textId="77777777" w:rsidR="00BB33FD" w:rsidRPr="00E91FC5" w:rsidRDefault="00F14690">
            <w:pPr>
              <w:spacing w:before="10" w:after="1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sz w:val="18"/>
                <w:szCs w:val="24"/>
              </w:rPr>
              <w:t>4. IMOBILUL</w:t>
            </w:r>
          </w:p>
        </w:tc>
      </w:tr>
      <w:tr w:rsidR="00BB33FD" w:rsidRPr="00E91FC5" w14:paraId="37E5E1DA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17F3374" w14:textId="77777777" w:rsidR="00BB33FD" w:rsidRPr="00E91FC5" w:rsidRDefault="00F14690">
            <w:pPr>
              <w:spacing w:after="1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sz w:val="18"/>
                <w:szCs w:val="24"/>
              </w:rPr>
              <w:t>☐ teren     ☐ construcții</w:t>
            </w:r>
          </w:p>
        </w:tc>
      </w:tr>
      <w:tr w:rsidR="00BB33FD" w:rsidRPr="00E91FC5" w14:paraId="476266D8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091633A7" w14:textId="77777777" w:rsidR="00BB33FD" w:rsidRPr="00E91FC5" w:rsidRDefault="00F1469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3C83DC6" w14:textId="77777777" w:rsidR="00BB33FD" w:rsidRPr="00E91FC5" w:rsidRDefault="00F1469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 / oraș / comună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3F69FEF" w14:textId="77777777" w:rsidR="00BB33FD" w:rsidRPr="00E91FC5" w:rsidRDefault="00F1469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 / sector</w:t>
            </w:r>
          </w:p>
        </w:tc>
      </w:tr>
      <w:tr w:rsidR="00BB33FD" w:rsidRPr="00E91FC5" w14:paraId="33396AC6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5105033" w14:textId="77777777" w:rsidR="00BB33FD" w:rsidRPr="00E91FC5" w:rsidRDefault="00F1469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DE1854C" w14:textId="77777777" w:rsidR="00BB33FD" w:rsidRPr="00E91FC5" w:rsidRDefault="00F1469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4FC3AD78" w14:textId="77777777" w:rsidR="00BB33FD" w:rsidRPr="00E91FC5" w:rsidRDefault="00F1469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0E2ADFC" w14:textId="77777777" w:rsidR="00BB33FD" w:rsidRPr="00E91FC5" w:rsidRDefault="00F1469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Bl. / sc. / et. / ap.</w:t>
            </w:r>
          </w:p>
        </w:tc>
      </w:tr>
      <w:tr w:rsidR="00BB33FD" w:rsidRPr="00E91FC5" w14:paraId="732E541A" w14:textId="77777777">
        <w:trPr>
          <w:jc w:val="center"/>
        </w:trPr>
        <w:tc>
          <w:tcPr>
            <w:tcW w:w="638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CC1F9AF" w14:textId="77777777" w:rsidR="00BB33FD" w:rsidRPr="00E91FC5" w:rsidRDefault="00F1469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 cadastral</w:t>
            </w: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E91FC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dacă imobilul e înscris în e-Terra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8947A8C" w14:textId="77777777" w:rsidR="00BB33FD" w:rsidRPr="00E91FC5" w:rsidRDefault="00F1469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Carte funciară nr.</w:t>
            </w:r>
          </w:p>
        </w:tc>
      </w:tr>
    </w:tbl>
    <w:p w14:paraId="535D6467" w14:textId="77777777" w:rsidR="00BB33FD" w:rsidRPr="00E91FC5" w:rsidRDefault="00BB33FD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BB33FD" w:rsidRPr="00E91FC5" w14:paraId="2AC7F9BC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40E1A01B" w14:textId="77777777" w:rsidR="00BB33FD" w:rsidRPr="00E91FC5" w:rsidRDefault="00F14690">
            <w:pPr>
              <w:spacing w:before="10" w:after="1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sz w:val="18"/>
                <w:szCs w:val="24"/>
              </w:rPr>
              <w:t>5. SE ANEXEAZĂ</w:t>
            </w:r>
          </w:p>
        </w:tc>
      </w:tr>
      <w:tr w:rsidR="00BB33FD" w:rsidRPr="00E91FC5" w14:paraId="102AC599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54C4778A" w14:textId="77777777" w:rsidR="00BB33FD" w:rsidRPr="00E91FC5" w:rsidRDefault="00F14690">
            <w:pPr>
              <w:spacing w:after="1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sz w:val="18"/>
                <w:szCs w:val="24"/>
              </w:rPr>
              <w:t>☐ documentația cadastrală                             ☐ plan cu o propunere de comasare/dezmembrare</w:t>
            </w:r>
          </w:p>
        </w:tc>
      </w:tr>
      <w:tr w:rsidR="00BB33FD" w:rsidRPr="00E91FC5" w14:paraId="01C0F18E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53EB379A" w14:textId="77777777" w:rsidR="00BB33FD" w:rsidRPr="00E91FC5" w:rsidRDefault="00F14690">
            <w:pPr>
              <w:spacing w:after="1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sz w:val="18"/>
                <w:szCs w:val="24"/>
              </w:rPr>
              <w:t>☐ extras de carte funciară actualizat               ☐ plan de încadrare în zonă în sistem Stereo 70               ☐ împuternicirea, dacă este cazul</w:t>
            </w:r>
          </w:p>
        </w:tc>
      </w:tr>
    </w:tbl>
    <w:p w14:paraId="61FF898F" w14:textId="77777777" w:rsidR="00BB33FD" w:rsidRPr="00E91FC5" w:rsidRDefault="00BB33FD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BB33FD" w:rsidRPr="00E91FC5" w14:paraId="605A8E40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234D1CE7" w14:textId="77777777" w:rsidR="00BB33FD" w:rsidRPr="00E91FC5" w:rsidRDefault="00F14690">
            <w:pPr>
              <w:spacing w:before="10" w:after="1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sz w:val="18"/>
                <w:szCs w:val="24"/>
              </w:rPr>
              <w:t>6. COMUNICAREA RĂSPUNSULUI</w:t>
            </w:r>
          </w:p>
        </w:tc>
      </w:tr>
      <w:tr w:rsidR="00BB33FD" w:rsidRPr="00E91FC5" w14:paraId="3EB2A393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0D102045" w14:textId="77777777" w:rsidR="00BB33FD" w:rsidRPr="00E91FC5" w:rsidRDefault="00F14690">
            <w:pPr>
              <w:spacing w:after="1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sz w:val="18"/>
                <w:szCs w:val="24"/>
              </w:rPr>
              <w:t>☐ în format scris, prin poștă     ☐ în format digital, la adresa de e-mail indicată     ☐ ridicare de la sediul autorității</w:t>
            </w:r>
          </w:p>
        </w:tc>
      </w:tr>
    </w:tbl>
    <w:p w14:paraId="663A1431" w14:textId="77777777" w:rsidR="00BB33FD" w:rsidRPr="00E91FC5" w:rsidRDefault="00BB33FD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BB33FD" w:rsidRPr="00E91FC5" w14:paraId="06BF0576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5D259B2D" w14:textId="77777777" w:rsidR="00BB33FD" w:rsidRPr="00E91FC5" w:rsidRDefault="00F14690">
            <w:pPr>
              <w:spacing w:before="10" w:after="1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sz w:val="18"/>
                <w:szCs w:val="24"/>
              </w:rPr>
              <w:t>7. DATA ȘI SEMNĂTURA</w:t>
            </w:r>
          </w:p>
        </w:tc>
      </w:tr>
      <w:tr w:rsidR="00BB33FD" w:rsidRPr="00E91FC5" w14:paraId="65073DF5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694139DC" w14:textId="77777777" w:rsidR="00BB33FD" w:rsidRPr="00E91FC5" w:rsidRDefault="00F1469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06559D65" w14:textId="77777777" w:rsidR="00BB33FD" w:rsidRPr="00E91FC5" w:rsidRDefault="00F1469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Solicitantul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1D83D175" w14:textId="77777777" w:rsidR="00BB33FD" w:rsidRPr="00E91FC5" w:rsidRDefault="00F1469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Semnătura</w:t>
            </w:r>
          </w:p>
        </w:tc>
      </w:tr>
    </w:tbl>
    <w:p w14:paraId="61E0D2A4" w14:textId="77777777" w:rsidR="003C2C8B" w:rsidRPr="00E91FC5" w:rsidRDefault="003C2C8B">
      <w:pPr>
        <w:rPr>
          <w:sz w:val="24"/>
          <w:szCs w:val="24"/>
        </w:rPr>
      </w:pPr>
    </w:p>
    <w:sectPr w:rsidR="003C2C8B" w:rsidRPr="00E91FC5" w:rsidSect="00DD09E0">
      <w:footerReference w:type="default" r:id="rId9"/>
      <w:pgSz w:w="11906" w:h="16838" w:code="9"/>
      <w:pgMar w:top="504" w:right="648" w:bottom="504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60273" w14:textId="77777777" w:rsidR="00B13CB2" w:rsidRDefault="00B13CB2">
      <w:pPr>
        <w:spacing w:after="0" w:line="240" w:lineRule="auto"/>
      </w:pPr>
      <w:r>
        <w:separator/>
      </w:r>
    </w:p>
  </w:endnote>
  <w:endnote w:type="continuationSeparator" w:id="0">
    <w:p w14:paraId="75B2C7AE" w14:textId="77777777" w:rsidR="00B13CB2" w:rsidRDefault="00B13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9DCD0" w14:textId="77777777" w:rsidR="00BB33FD" w:rsidRDefault="00F14690">
    <w:pPr>
      <w:pStyle w:val="llb"/>
      <w:jc w:val="center"/>
    </w:pPr>
    <w:r>
      <w:rPr>
        <w:rFonts w:ascii="Times New Roman" w:hAnsi="Times New Roman"/>
        <w:color w:val="646464"/>
        <w:sz w:val="16"/>
      </w:rPr>
      <w:t>F_CU_02 · versiunea 1.0                                                  pagina 1 din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1909C" w14:textId="77777777" w:rsidR="00B13CB2" w:rsidRDefault="00B13CB2">
      <w:pPr>
        <w:spacing w:after="0" w:line="240" w:lineRule="auto"/>
      </w:pPr>
      <w:r>
        <w:separator/>
      </w:r>
    </w:p>
  </w:footnote>
  <w:footnote w:type="continuationSeparator" w:id="0">
    <w:p w14:paraId="1548ED52" w14:textId="77777777" w:rsidR="00B13CB2" w:rsidRDefault="00B13C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6653"/>
    <w:rsid w:val="00200FFD"/>
    <w:rsid w:val="0029639D"/>
    <w:rsid w:val="0031126D"/>
    <w:rsid w:val="00326F90"/>
    <w:rsid w:val="003C08E6"/>
    <w:rsid w:val="003C2C8B"/>
    <w:rsid w:val="00423C4E"/>
    <w:rsid w:val="00960E24"/>
    <w:rsid w:val="00A83A95"/>
    <w:rsid w:val="00AA1D8D"/>
    <w:rsid w:val="00B13CB2"/>
    <w:rsid w:val="00B47730"/>
    <w:rsid w:val="00BB33FD"/>
    <w:rsid w:val="00CB0664"/>
    <w:rsid w:val="00DD09E0"/>
    <w:rsid w:val="00E91FC5"/>
    <w:rsid w:val="00F1469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D91936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Attila Bokor</cp:lastModifiedBy>
  <cp:revision>7</cp:revision>
  <dcterms:created xsi:type="dcterms:W3CDTF">2013-12-23T23:15:00Z</dcterms:created>
  <dcterms:modified xsi:type="dcterms:W3CDTF">2026-09-03T08:53:00Z</dcterms:modified>
  <cp:category/>
</cp:coreProperties>
</file>