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4E17CE" w:rsidRPr="007844EA" w14:paraId="422D333F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E080C0B" w14:textId="77777777" w:rsidR="004E17CE" w:rsidRPr="007844EA" w:rsidRDefault="004E17CE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796AA00" wp14:editId="6A04BA2F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5C2EDE5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4E17CE" w:rsidRPr="007844EA" w14:paraId="0E07A257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B13D58C" w14:textId="77777777" w:rsidR="004E17CE" w:rsidRPr="007844EA" w:rsidRDefault="004E17C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2F437A6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4E17CE" w:rsidRPr="007844EA" w14:paraId="53829970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5EB9E93" w14:textId="77777777" w:rsidR="004E17CE" w:rsidRPr="007844EA" w:rsidRDefault="004E17C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B2F455E" w14:textId="77777777" w:rsidR="004E17CE" w:rsidRPr="007844EA" w:rsidRDefault="004E17C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6F850A6D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DEDEB49" w14:textId="77777777" w:rsidR="004E17CE" w:rsidRPr="007844EA" w:rsidRDefault="004E17C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0B683ABF" w14:textId="77777777" w:rsidR="004E17CE" w:rsidRDefault="004E17C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38A26217" w14:textId="77777777" w:rsidR="004E17CE" w:rsidRPr="007844EA" w:rsidRDefault="004E17C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4899E8BE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4E17CE" w:rsidRPr="007844EA" w14:paraId="5E73AC1D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445446A" w14:textId="77777777" w:rsidR="004E17CE" w:rsidRPr="007844EA" w:rsidRDefault="004E17C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05E717A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233F610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4E17CE" w:rsidRPr="007844EA" w14:paraId="61D65C10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9EB6C5" w14:textId="77777777" w:rsidR="004E17CE" w:rsidRPr="007844EA" w:rsidRDefault="004E17C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14F68403" w14:textId="77777777" w:rsidR="004D4E15" w:rsidRPr="007844EA" w:rsidRDefault="004D4E15" w:rsidP="004D4E1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10872"/>
      </w:tblGrid>
      <w:tr w:rsidR="004D4E15" w:rsidRPr="007844EA" w14:paraId="53C87BC3" w14:textId="77777777" w:rsidTr="004E17CE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1C10" w14:textId="77777777" w:rsidR="004D4E15" w:rsidRPr="007844EA" w:rsidRDefault="004D4E1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4E17CE" w:rsidRPr="007844EA" w14:paraId="60EE2974" w14:textId="77777777" w:rsidTr="004E17CE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9DE70E1" w14:textId="77777777" w:rsidR="004E17CE" w:rsidRPr="00E331DE" w:rsidRDefault="004E17CE" w:rsidP="004E17C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47674C7D" w14:textId="559D31FE" w:rsidR="004E17CE" w:rsidRPr="007844EA" w:rsidRDefault="004E17CE" w:rsidP="004E17CE">
            <w:pPr>
              <w:spacing w:after="2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4E17CE" w:rsidRPr="007844EA" w14:paraId="7D5A737E" w14:textId="77777777" w:rsidTr="004E17CE">
        <w:trPr>
          <w:jc w:val="center"/>
        </w:trPr>
        <w:tc>
          <w:tcPr>
            <w:tcW w:w="10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94360" w14:textId="635FBD1D" w:rsidR="004E17CE" w:rsidRPr="007844EA" w:rsidRDefault="004E17CE" w:rsidP="004E17CE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0BCD26BF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883F41" w:rsidRPr="00BB54B5" w14:paraId="2D66BC8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8541998" w14:textId="77777777" w:rsidR="00883F41" w:rsidRPr="00BB54B5" w:rsidRDefault="00C56CA3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883F41" w:rsidRPr="00BB54B5" w14:paraId="556A73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95A63FF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BBB243F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883F41" w:rsidRPr="00BB54B5" w14:paraId="32B7BE9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FD753D3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883F41" w:rsidRPr="00BB54B5" w14:paraId="7B2A296E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1760E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1EE352B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5A7AA0F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D7EF92E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883F41" w:rsidRPr="00BB54B5" w14:paraId="4217486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B846B5B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883F41" w:rsidRPr="00BB54B5" w14:paraId="3FC5238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41F9DB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1AF6E4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D7E4260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883F41" w:rsidRPr="00BB54B5" w14:paraId="40F8A92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F0FD43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030B98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84B1145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E23CA3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C3D185F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EDCE893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0BD3372E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</w:t>
            </w: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ara</w:t>
            </w:r>
          </w:p>
        </w:tc>
      </w:tr>
      <w:tr w:rsidR="00883F41" w:rsidRPr="00BB54B5" w14:paraId="5511BF8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E7DA438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883F41" w:rsidRPr="00BB54B5" w14:paraId="273E0C08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24ED66F3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42934800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883F41" w:rsidRPr="00BB54B5" w14:paraId="14B0FAD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12605531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883F41" w:rsidRPr="00BB54B5" w14:paraId="0893185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6492D860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3" w:type="dxa"/>
              <w:left w:w="35" w:type="dxa"/>
              <w:bottom w:w="13" w:type="dxa"/>
              <w:right w:w="35" w:type="dxa"/>
            </w:tcMar>
          </w:tcPr>
          <w:p w14:paraId="7083BA68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 w14:paraId="0E18FB67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683D3CE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F714A53" w14:textId="77777777" w:rsidR="00883F41" w:rsidRPr="00BB54B5" w:rsidRDefault="00C56CA3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 xml:space="preserve">3. </w:t>
            </w: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AUTORIZAȚIA DE CONSTRUIRE</w:t>
            </w:r>
          </w:p>
        </w:tc>
      </w:tr>
      <w:tr w:rsidR="00883F41" w:rsidRPr="00BB54B5" w14:paraId="0302DCBD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05723CC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A04F876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BBCBF47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</w:tbl>
    <w:p w14:paraId="1FDAFF40" w14:textId="77777777" w:rsidR="00883F41" w:rsidRPr="00BB54B5" w:rsidRDefault="00C56CA3">
      <w:pPr>
        <w:spacing w:before="80" w:after="60" w:line="240" w:lineRule="auto"/>
        <w:jc w:val="center"/>
        <w:rPr>
          <w:sz w:val="24"/>
          <w:szCs w:val="24"/>
        </w:rPr>
      </w:pPr>
      <w:r w:rsidRPr="00BB54B5">
        <w:rPr>
          <w:rFonts w:ascii="Times New Roman" w:hAnsi="Times New Roman"/>
          <w:sz w:val="18"/>
          <w:szCs w:val="24"/>
        </w:rPr>
        <w:t>în temeiul art. 309 – art. 310 din Legea nr. 169/2026 privind Codul amenajării teritoriului, urbanismului și construcțiilor,</w:t>
      </w:r>
      <w:r w:rsidRPr="00BB54B5">
        <w:rPr>
          <w:rFonts w:ascii="Times New Roman" w:hAnsi="Times New Roman"/>
          <w:sz w:val="18"/>
          <w:szCs w:val="24"/>
        </w:rPr>
        <w:br/>
        <w:t>solicit:</w:t>
      </w:r>
      <w:r w:rsidRPr="00BB54B5">
        <w:rPr>
          <w:rFonts w:ascii="Times New Roman" w:hAnsi="Times New Roman"/>
          <w:sz w:val="18"/>
          <w:szCs w:val="24"/>
        </w:rPr>
        <w:br/>
      </w:r>
      <w:r w:rsidRPr="00BB54B5">
        <w:rPr>
          <w:rFonts w:ascii="Times New Roman" w:hAnsi="Times New Roman"/>
          <w:b/>
          <w:sz w:val="20"/>
          <w:szCs w:val="24"/>
        </w:rPr>
        <w:t>☐</w:t>
      </w:r>
      <w:r w:rsidRPr="00BB54B5">
        <w:rPr>
          <w:rFonts w:ascii="Times New Roman" w:hAnsi="Times New Roman"/>
          <w:b/>
          <w:sz w:val="20"/>
          <w:szCs w:val="24"/>
        </w:rPr>
        <w:t xml:space="preserve"> prelungirea DURATEI DE EXECUȚIE, pentru cel mult 12 </w:t>
      </w:r>
      <w:proofErr w:type="gramStart"/>
      <w:r w:rsidRPr="00BB54B5">
        <w:rPr>
          <w:rFonts w:ascii="Times New Roman" w:hAnsi="Times New Roman"/>
          <w:b/>
          <w:sz w:val="20"/>
          <w:szCs w:val="24"/>
        </w:rPr>
        <w:t>luni  /</w:t>
      </w:r>
      <w:proofErr w:type="gramEnd"/>
      <w:r w:rsidRPr="00BB54B5">
        <w:rPr>
          <w:rFonts w:ascii="Times New Roman" w:hAnsi="Times New Roman"/>
          <w:b/>
          <w:sz w:val="20"/>
          <w:szCs w:val="24"/>
        </w:rPr>
        <w:br/>
        <w:t>☐ prelungi</w:t>
      </w:r>
      <w:r w:rsidRPr="00BB54B5">
        <w:rPr>
          <w:rFonts w:ascii="Times New Roman" w:hAnsi="Times New Roman"/>
          <w:b/>
          <w:sz w:val="20"/>
          <w:szCs w:val="24"/>
        </w:rPr>
        <w:t>rea VALABILITĂȚII autorizației, pentru cel mult 12 luni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883F41" w:rsidRPr="00BB54B5" w14:paraId="7E159A1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F7F03C2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 la data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6BFFB39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  <w:tr w:rsidR="00883F41" w:rsidRPr="00BB54B5" w14:paraId="73349ED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DC44848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Stadiul lucrărilor (%)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E15BE5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începerii efective</w:t>
            </w:r>
          </w:p>
        </w:tc>
      </w:tr>
      <w:tr w:rsidR="00883F41" w:rsidRPr="00BB54B5" w14:paraId="62E56AC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BEB2F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Lucrările rămase de executat și motivarea</w:t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BB54B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</w:tbl>
    <w:p w14:paraId="163D3599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883F41" w:rsidRPr="00BB54B5" w14:paraId="73B9D83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453DECFF" w14:textId="77777777" w:rsidR="00883F41" w:rsidRPr="00BB54B5" w:rsidRDefault="00C56CA3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883F41" w:rsidRPr="00BB54B5" w14:paraId="70E11B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40" w:type="dxa"/>
              <w:bottom w:w="12" w:type="dxa"/>
              <w:right w:w="40" w:type="dxa"/>
            </w:tcMar>
          </w:tcPr>
          <w:p w14:paraId="3BA981B0" w14:textId="77777777" w:rsidR="00883F41" w:rsidRPr="00BB54B5" w:rsidRDefault="00C56CA3">
            <w:pPr>
              <w:spacing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sz w:val="18"/>
                <w:szCs w:val="24"/>
              </w:rPr>
              <w:t>☐</w:t>
            </w:r>
            <w:r w:rsidRPr="00BB54B5">
              <w:rPr>
                <w:rFonts w:ascii="Times New Roman" w:hAnsi="Times New Roman"/>
                <w:sz w:val="18"/>
                <w:szCs w:val="24"/>
              </w:rPr>
              <w:t xml:space="preserve"> autorizația de construire (în </w:t>
            </w:r>
            <w:proofErr w:type="gramStart"/>
            <w:r w:rsidRPr="00BB54B5">
              <w:rPr>
                <w:rFonts w:ascii="Times New Roman" w:hAnsi="Times New Roman"/>
                <w:sz w:val="18"/>
                <w:szCs w:val="24"/>
              </w:rPr>
              <w:t xml:space="preserve">original)   </w:t>
            </w:r>
            <w:proofErr w:type="gramEnd"/>
            <w:r w:rsidRPr="00BB54B5">
              <w:rPr>
                <w:rFonts w:ascii="Times New Roman" w:hAnsi="Times New Roman"/>
                <w:sz w:val="18"/>
                <w:szCs w:val="24"/>
              </w:rPr>
              <w:t xml:space="preserve">  ☐ documentul privind achitarea taxei (copie)</w:t>
            </w:r>
          </w:p>
        </w:tc>
      </w:tr>
    </w:tbl>
    <w:p w14:paraId="06EB99B1" w14:textId="77777777" w:rsidR="00883F41" w:rsidRPr="00BB54B5" w:rsidRDefault="00883F41">
      <w:pPr>
        <w:spacing w:before="3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883F41" w:rsidRPr="00BB54B5" w14:paraId="517CF234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1773D346" w14:textId="77777777" w:rsidR="00883F41" w:rsidRPr="00BB54B5" w:rsidRDefault="00C56CA3">
            <w:pPr>
              <w:spacing w:before="10" w:after="1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883F41" w:rsidRPr="00BB54B5" w14:paraId="29A635A0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164A38F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4CE389A7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4" w:type="dxa"/>
              <w:left w:w="35" w:type="dxa"/>
              <w:bottom w:w="25" w:type="dxa"/>
              <w:right w:w="35" w:type="dxa"/>
            </w:tcMar>
          </w:tcPr>
          <w:p w14:paraId="5024AA4D" w14:textId="77777777" w:rsidR="00883F41" w:rsidRPr="00BB54B5" w:rsidRDefault="00C56CA3">
            <w:pPr>
              <w:spacing w:after="0" w:line="240" w:lineRule="auto"/>
              <w:rPr>
                <w:sz w:val="24"/>
                <w:szCs w:val="24"/>
              </w:rPr>
            </w:pPr>
            <w:r w:rsidRPr="00BB54B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863F2F2" w14:textId="77777777" w:rsidR="00A86778" w:rsidRPr="00BB54B5" w:rsidRDefault="00A86778">
      <w:pPr>
        <w:rPr>
          <w:sz w:val="24"/>
          <w:szCs w:val="24"/>
        </w:rPr>
      </w:pPr>
    </w:p>
    <w:sectPr w:rsidR="00A86778" w:rsidRPr="00BB54B5" w:rsidSect="004965F9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64D10" w14:textId="77777777" w:rsidR="00C56CA3" w:rsidRDefault="00C56CA3">
      <w:pPr>
        <w:spacing w:after="0" w:line="240" w:lineRule="auto"/>
      </w:pPr>
      <w:r>
        <w:separator/>
      </w:r>
    </w:p>
  </w:endnote>
  <w:endnote w:type="continuationSeparator" w:id="0">
    <w:p w14:paraId="62BC90BA" w14:textId="77777777" w:rsidR="00C56CA3" w:rsidRDefault="00C5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DE98" w14:textId="77777777" w:rsidR="00883F41" w:rsidRDefault="00C56CA3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659BA" w14:textId="77777777" w:rsidR="00C56CA3" w:rsidRDefault="00C56CA3">
      <w:pPr>
        <w:spacing w:after="0" w:line="240" w:lineRule="auto"/>
      </w:pPr>
      <w:r>
        <w:separator/>
      </w:r>
    </w:p>
  </w:footnote>
  <w:footnote w:type="continuationSeparator" w:id="0">
    <w:p w14:paraId="4C9C14E4" w14:textId="77777777" w:rsidR="00C56CA3" w:rsidRDefault="00C5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805C" w14:textId="77777777" w:rsidR="00883F41" w:rsidRDefault="00883F4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44BC4"/>
    <w:rsid w:val="0029639D"/>
    <w:rsid w:val="00326F90"/>
    <w:rsid w:val="004965F9"/>
    <w:rsid w:val="004D4E15"/>
    <w:rsid w:val="004E17CE"/>
    <w:rsid w:val="005461F5"/>
    <w:rsid w:val="00883F41"/>
    <w:rsid w:val="00A51817"/>
    <w:rsid w:val="00A86778"/>
    <w:rsid w:val="00AA1D8D"/>
    <w:rsid w:val="00B47730"/>
    <w:rsid w:val="00BB54B5"/>
    <w:rsid w:val="00C56CA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96C04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9</cp:revision>
  <dcterms:created xsi:type="dcterms:W3CDTF">2013-12-23T23:15:00Z</dcterms:created>
  <dcterms:modified xsi:type="dcterms:W3CDTF">2026-09-03T08:50:00Z</dcterms:modified>
  <cp:category/>
</cp:coreProperties>
</file>