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D3DC2" w14:textId="77777777" w:rsidR="00EA3403" w:rsidRPr="007844EA" w:rsidRDefault="00EA3403" w:rsidP="00EA340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E92589" w:rsidRPr="007844EA" w14:paraId="09DCA47A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48093AD" w14:textId="77777777" w:rsidR="00E92589" w:rsidRPr="007844EA" w:rsidRDefault="00E92589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5C3E396" wp14:editId="06FEC2A5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3AE1EB3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E92589" w:rsidRPr="007844EA" w14:paraId="56412996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709EA1ED" w14:textId="77777777" w:rsidR="00E92589" w:rsidRPr="007844EA" w:rsidRDefault="00E92589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0B6F77D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E92589" w:rsidRPr="007844EA" w14:paraId="53D50CFE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CE53BA8" w14:textId="77777777" w:rsidR="00E92589" w:rsidRPr="007844EA" w:rsidRDefault="00E92589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12E5F8B" w14:textId="77777777" w:rsidR="00E92589" w:rsidRPr="007844EA" w:rsidRDefault="00E92589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0B14243A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BE788C" w14:textId="77777777" w:rsidR="00E92589" w:rsidRPr="007844EA" w:rsidRDefault="00E92589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0C236489" w14:textId="77777777" w:rsidR="00E92589" w:rsidRDefault="00E92589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44D48ECC" w14:textId="77777777" w:rsidR="00E92589" w:rsidRPr="007844EA" w:rsidRDefault="00E92589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2976F656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E92589" w:rsidRPr="007844EA" w14:paraId="5636B478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F605E9E" w14:textId="77777777" w:rsidR="00E92589" w:rsidRPr="007844EA" w:rsidRDefault="00E92589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F1A8DEB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8C344E4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E92589" w:rsidRPr="007844EA" w14:paraId="6C4FA042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B6510A" w14:textId="77777777" w:rsidR="00E92589" w:rsidRPr="007844EA" w:rsidRDefault="00E92589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04720D8" w14:textId="77777777" w:rsidR="00EA3403" w:rsidRPr="007844EA" w:rsidRDefault="00EA3403" w:rsidP="00EA3403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EA3403" w:rsidRPr="007844EA" w14:paraId="1DB264D4" w14:textId="77777777" w:rsidTr="00E9258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3C3E844" w14:textId="77777777" w:rsidR="00EA3403" w:rsidRPr="007844EA" w:rsidRDefault="00EA3403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E92589" w:rsidRPr="007844EA" w14:paraId="6C72E1CA" w14:textId="77777777" w:rsidTr="00E9258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6B3EC9F" w14:textId="77777777" w:rsidR="00E92589" w:rsidRPr="00E331DE" w:rsidRDefault="00E92589" w:rsidP="00E9258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3599E855" w14:textId="0F894EDB" w:rsidR="00E92589" w:rsidRPr="007844EA" w:rsidRDefault="00E92589" w:rsidP="00E92589">
            <w:pPr>
              <w:spacing w:after="20" w:line="240" w:lineRule="auto"/>
              <w:rPr>
                <w:sz w:val="24"/>
                <w:szCs w:val="24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E92589" w:rsidRPr="007844EA" w14:paraId="370238F0" w14:textId="77777777" w:rsidTr="00E9258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E4CE537" w14:textId="7F637DD1" w:rsidR="00E92589" w:rsidRPr="007844EA" w:rsidRDefault="00E92589" w:rsidP="00E9258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297CF65D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5502BD" w:rsidRPr="00EA3403" w14:paraId="49015E5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A0410B2" w14:textId="77777777" w:rsidR="005502BD" w:rsidRPr="00EA3403" w:rsidRDefault="009B09B3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5502BD" w:rsidRPr="00EA3403" w14:paraId="0168996A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48E36F4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EDF23AD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5502BD" w:rsidRPr="00EA3403" w14:paraId="2DC2177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4D22AD6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5502BD" w:rsidRPr="00EA3403" w14:paraId="2F7DED7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A0B9075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B18E43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AB99E9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C61BA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5502BD" w:rsidRPr="00EA3403" w14:paraId="4142515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D0CDB36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5502BD" w:rsidRPr="00EA3403" w14:paraId="213D161F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836CB86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92A9C82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C31658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5502BD" w:rsidRPr="00EA3403" w14:paraId="4949C8FE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86692C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27D8285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04F15F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CACA72D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961EC5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82758F6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8CB6B2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</w:t>
            </w: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ara</w:t>
            </w:r>
          </w:p>
        </w:tc>
      </w:tr>
      <w:tr w:rsidR="005502BD" w:rsidRPr="00EA3403" w14:paraId="485223A7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B09BB4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5502BD" w:rsidRPr="00EA3403" w14:paraId="23D0F29B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22EA0A7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1D5D81F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F7F9E1" w14:textId="77777777" w:rsidR="005502BD" w:rsidRPr="00EA3403" w:rsidRDefault="009B09B3">
      <w:pPr>
        <w:spacing w:before="100" w:after="80" w:line="240" w:lineRule="auto"/>
        <w:jc w:val="center"/>
        <w:rPr>
          <w:sz w:val="24"/>
          <w:szCs w:val="24"/>
        </w:rPr>
      </w:pPr>
      <w:r w:rsidRPr="00EA3403">
        <w:rPr>
          <w:rFonts w:ascii="Times New Roman" w:hAnsi="Times New Roman"/>
          <w:sz w:val="18"/>
          <w:szCs w:val="24"/>
        </w:rPr>
        <w:t xml:space="preserve">în temeiul art. 257 alin. (17) din Legea nr. 169/2026 privind Codul </w:t>
      </w:r>
      <w:r w:rsidRPr="00EA3403">
        <w:rPr>
          <w:rFonts w:ascii="Times New Roman" w:hAnsi="Times New Roman"/>
          <w:sz w:val="18"/>
          <w:szCs w:val="24"/>
        </w:rPr>
        <w:t>amenajării teritoriului, urbanismului și construcțiilor,</w:t>
      </w:r>
      <w:r w:rsidRPr="00EA3403">
        <w:rPr>
          <w:rFonts w:ascii="Times New Roman" w:hAnsi="Times New Roman"/>
          <w:sz w:val="18"/>
          <w:szCs w:val="24"/>
        </w:rPr>
        <w:br/>
        <w:t xml:space="preserve">solicit </w:t>
      </w:r>
      <w:r w:rsidRPr="00E92589">
        <w:rPr>
          <w:rFonts w:ascii="Times New Roman" w:hAnsi="Times New Roman"/>
          <w:b/>
          <w:bCs/>
          <w:sz w:val="18"/>
          <w:szCs w:val="24"/>
        </w:rPr>
        <w:t>prelungirea valabilității</w:t>
      </w:r>
      <w:r w:rsidRPr="00EA3403">
        <w:rPr>
          <w:rFonts w:ascii="Times New Roman" w:hAnsi="Times New Roman"/>
          <w:sz w:val="18"/>
          <w:szCs w:val="24"/>
        </w:rPr>
        <w:br/>
      </w:r>
      <w:r w:rsidRPr="00EA3403">
        <w:rPr>
          <w:rFonts w:ascii="Times New Roman" w:hAnsi="Times New Roman"/>
          <w:b/>
          <w:sz w:val="24"/>
          <w:szCs w:val="24"/>
        </w:rPr>
        <w:t>CERTIFICATULUI DE URBANISM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10FC21B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139F0D9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6D992F1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3E706C9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 de</w:t>
            </w:r>
          </w:p>
        </w:tc>
      </w:tr>
      <w:tr w:rsidR="005502BD" w:rsidRPr="00EA3403" w14:paraId="1D383FE9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3A54085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Prelungirea solicitată — de la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5A8F127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până la data</w:t>
            </w:r>
          </w:p>
        </w:tc>
      </w:tr>
    </w:tbl>
    <w:p w14:paraId="11F87FDA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5502BD" w:rsidRPr="00EA3403" w14:paraId="07B9C913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54D7623" w14:textId="77777777" w:rsidR="005502BD" w:rsidRPr="00EA3403" w:rsidRDefault="009B09B3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5502BD" w:rsidRPr="00EA3403" w14:paraId="72DAE4BB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63A5C1" w14:textId="77777777" w:rsidR="005502BD" w:rsidRPr="00EA3403" w:rsidRDefault="009B09B3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</w:t>
            </w:r>
            <w:r w:rsidRPr="00EA3403">
              <w:rPr>
                <w:rFonts w:ascii="Times New Roman" w:hAnsi="Times New Roman"/>
                <w:sz w:val="18"/>
                <w:szCs w:val="24"/>
              </w:rPr>
              <w:t xml:space="preserve"> teren     ☐ construcții</w:t>
            </w:r>
          </w:p>
        </w:tc>
      </w:tr>
      <w:tr w:rsidR="005502BD" w:rsidRPr="00EA3403" w14:paraId="63C0E8CD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85D172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2C0D176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Municipiu / </w:t>
            </w: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308DE8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5502BD" w:rsidRPr="00EA3403" w14:paraId="177BF88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AFF369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B19F569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DE89722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EFAD2F6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5502BD" w:rsidRPr="00EA3403" w14:paraId="28A5521E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F9AEEE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EA3403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AB8A52B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694C0729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5502BD" w:rsidRPr="00EA3403" w14:paraId="4F0C248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4BBADED" w14:textId="77777777" w:rsidR="005502BD" w:rsidRPr="00EA3403" w:rsidRDefault="009B09B3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5502BD" w:rsidRPr="00EA3403" w14:paraId="20611E3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1FE146AD" w14:textId="77777777" w:rsidR="005502BD" w:rsidRPr="00EA3403" w:rsidRDefault="009B09B3">
            <w:pPr>
              <w:spacing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sz w:val="18"/>
                <w:szCs w:val="24"/>
              </w:rPr>
              <w:t>☐</w:t>
            </w:r>
            <w:r w:rsidRPr="00EA3403">
              <w:rPr>
                <w:rFonts w:ascii="Times New Roman" w:hAnsi="Times New Roman"/>
                <w:sz w:val="18"/>
                <w:szCs w:val="24"/>
              </w:rPr>
              <w:t xml:space="preserve"> certificatul de urbanism (în original)     ☐ documentul privind achitarea taxei </w:t>
            </w:r>
            <w:r w:rsidRPr="00EA3403">
              <w:rPr>
                <w:rFonts w:ascii="Times New Roman" w:hAnsi="Times New Roman"/>
                <w:sz w:val="18"/>
                <w:szCs w:val="24"/>
              </w:rPr>
              <w:t>(copie)</w:t>
            </w:r>
          </w:p>
        </w:tc>
      </w:tr>
    </w:tbl>
    <w:p w14:paraId="48D0BC68" w14:textId="77777777" w:rsidR="005502BD" w:rsidRPr="00EA3403" w:rsidRDefault="005502BD">
      <w:pPr>
        <w:spacing w:before="4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5502BD" w:rsidRPr="00EA3403" w14:paraId="38DEC63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AD8C3DE" w14:textId="77777777" w:rsidR="005502BD" w:rsidRPr="00EA3403" w:rsidRDefault="009B09B3">
            <w:pPr>
              <w:spacing w:before="10" w:after="1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sz w:val="18"/>
                <w:szCs w:val="24"/>
              </w:rPr>
              <w:t>6. DATA ȘI SEMNĂTURA</w:t>
            </w:r>
          </w:p>
        </w:tc>
      </w:tr>
      <w:tr w:rsidR="005502BD" w:rsidRPr="00EA3403" w14:paraId="12CD2AE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566BFB0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1D49402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333EFF19" w14:textId="77777777" w:rsidR="005502BD" w:rsidRPr="00EA3403" w:rsidRDefault="009B09B3">
            <w:pPr>
              <w:spacing w:after="0" w:line="240" w:lineRule="auto"/>
              <w:rPr>
                <w:sz w:val="24"/>
                <w:szCs w:val="24"/>
              </w:rPr>
            </w:pPr>
            <w:r w:rsidRPr="00EA3403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3F41BC3" w14:textId="77777777" w:rsidR="000A6BEC" w:rsidRDefault="000A6BEC"/>
    <w:sectPr w:rsidR="000A6BEC" w:rsidSect="00FC6E81">
      <w:headerReference w:type="default" r:id="rId9"/>
      <w:footerReference w:type="default" r:id="rId10"/>
      <w:pgSz w:w="11906" w:h="16838" w:code="9"/>
      <w:pgMar w:top="576" w:right="648" w:bottom="576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5938C" w14:textId="77777777" w:rsidR="009B09B3" w:rsidRDefault="009B09B3">
      <w:pPr>
        <w:spacing w:after="0" w:line="240" w:lineRule="auto"/>
      </w:pPr>
      <w:r>
        <w:separator/>
      </w:r>
    </w:p>
  </w:endnote>
  <w:endnote w:type="continuationSeparator" w:id="0">
    <w:p w14:paraId="3E97095B" w14:textId="77777777" w:rsidR="009B09B3" w:rsidRDefault="009B0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F604" w14:textId="77777777" w:rsidR="005502BD" w:rsidRDefault="009B09B3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F_CU_03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80E0F" w14:textId="77777777" w:rsidR="009B09B3" w:rsidRDefault="009B09B3">
      <w:pPr>
        <w:spacing w:after="0" w:line="240" w:lineRule="auto"/>
      </w:pPr>
      <w:r>
        <w:separator/>
      </w:r>
    </w:p>
  </w:footnote>
  <w:footnote w:type="continuationSeparator" w:id="0">
    <w:p w14:paraId="450D92D5" w14:textId="77777777" w:rsidR="009B09B3" w:rsidRDefault="009B0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E7F5" w14:textId="77777777" w:rsidR="005502BD" w:rsidRDefault="005502BD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BEC"/>
    <w:rsid w:val="0015074B"/>
    <w:rsid w:val="00200FFD"/>
    <w:rsid w:val="0029639D"/>
    <w:rsid w:val="00326F90"/>
    <w:rsid w:val="005502BD"/>
    <w:rsid w:val="009B09B3"/>
    <w:rsid w:val="00A80BE3"/>
    <w:rsid w:val="00AA1D8D"/>
    <w:rsid w:val="00B47730"/>
    <w:rsid w:val="00CB0664"/>
    <w:rsid w:val="00E92589"/>
    <w:rsid w:val="00EA3403"/>
    <w:rsid w:val="00FC693F"/>
    <w:rsid w:val="00F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BCBAD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4</cp:revision>
  <dcterms:created xsi:type="dcterms:W3CDTF">2013-12-23T23:15:00Z</dcterms:created>
  <dcterms:modified xsi:type="dcterms:W3CDTF">2026-09-03T08:36:00Z</dcterms:modified>
  <cp:category/>
</cp:coreProperties>
</file>