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0B4D96" w:rsidRPr="007844EA" w14:paraId="22D2E372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3A15D8A" w14:textId="77777777" w:rsidR="000B4D96" w:rsidRPr="007844EA" w:rsidRDefault="000B4D96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00575B3" wp14:editId="5C812C4B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08E6C05" w14:textId="77777777" w:rsidR="000B4D96" w:rsidRPr="007844EA" w:rsidRDefault="000B4D96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0B4D96" w:rsidRPr="007844EA" w14:paraId="01CEB716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F6C47FC" w14:textId="77777777" w:rsidR="000B4D96" w:rsidRPr="007844EA" w:rsidRDefault="000B4D96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8125188" w14:textId="77777777" w:rsidR="000B4D96" w:rsidRPr="007844EA" w:rsidRDefault="000B4D96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0B4D96" w:rsidRPr="007844EA" w14:paraId="26A11E2F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25270F3" w14:textId="77777777" w:rsidR="000B4D96" w:rsidRPr="007844EA" w:rsidRDefault="000B4D96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C40FB1" w14:textId="77777777" w:rsidR="000B4D96" w:rsidRPr="007844EA" w:rsidRDefault="000B4D96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7F9ADBFA" w14:textId="77777777" w:rsidR="000B4D96" w:rsidRPr="007844EA" w:rsidRDefault="000B4D96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2F60E7D" w14:textId="77777777" w:rsidR="000B4D96" w:rsidRPr="007844EA" w:rsidRDefault="000B4D96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Sat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, Com.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  <w:p w14:paraId="6496B73C" w14:textId="77777777" w:rsidR="000B4D96" w:rsidRDefault="000B4D96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</w:p>
          <w:p w14:paraId="0500734F" w14:textId="77777777" w:rsidR="000B4D96" w:rsidRPr="007844EA" w:rsidRDefault="000B4D96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7D54507F" w14:textId="77777777" w:rsidR="000B4D96" w:rsidRPr="007844EA" w:rsidRDefault="000B4D96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0B4D96" w:rsidRPr="007844EA" w14:paraId="61521DB5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E0FC945" w14:textId="77777777" w:rsidR="000B4D96" w:rsidRPr="007844EA" w:rsidRDefault="000B4D96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EA90787" w14:textId="77777777" w:rsidR="000B4D96" w:rsidRPr="007844EA" w:rsidRDefault="000B4D96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5928702" w14:textId="77777777" w:rsidR="000B4D96" w:rsidRPr="007844EA" w:rsidRDefault="000B4D96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0B4D96" w:rsidRPr="007844EA" w14:paraId="1740E7B3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64A9B9F" w14:textId="77777777" w:rsidR="000B4D96" w:rsidRPr="007844EA" w:rsidRDefault="000B4D96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030EDFC" w14:textId="785DA1D3" w:rsidR="00AF1FE7" w:rsidRPr="002E0547" w:rsidRDefault="0007262A" w:rsidP="00E30FE5">
      <w:pPr>
        <w:spacing w:before="160" w:after="80" w:line="240" w:lineRule="auto"/>
        <w:jc w:val="center"/>
        <w:rPr>
          <w:sz w:val="24"/>
          <w:szCs w:val="24"/>
        </w:rPr>
      </w:pPr>
      <w:r w:rsidRPr="002E0547">
        <w:rPr>
          <w:rFonts w:ascii="Times New Roman" w:hAnsi="Times New Roman"/>
          <w:b/>
          <w:sz w:val="28"/>
          <w:szCs w:val="24"/>
        </w:rPr>
        <w:t>ÎNȘTIINȚARE</w:t>
      </w:r>
      <w:r w:rsidRPr="002E0547">
        <w:rPr>
          <w:rFonts w:ascii="Times New Roman" w:hAnsi="Times New Roman"/>
          <w:b/>
          <w:sz w:val="28"/>
          <w:szCs w:val="24"/>
        </w:rPr>
        <w:br/>
      </w:r>
      <w:proofErr w:type="spellStart"/>
      <w:r w:rsidRPr="002E0547">
        <w:rPr>
          <w:rFonts w:ascii="Times New Roman" w:hAnsi="Times New Roman"/>
          <w:sz w:val="20"/>
          <w:szCs w:val="24"/>
        </w:rPr>
        <w:t>privind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finalizarea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lucrărilor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notificate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și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solicitarea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2E0547">
        <w:rPr>
          <w:rFonts w:ascii="Times New Roman" w:hAnsi="Times New Roman"/>
          <w:sz w:val="20"/>
          <w:szCs w:val="24"/>
        </w:rPr>
        <w:t>participării</w:t>
      </w:r>
      <w:proofErr w:type="spellEnd"/>
      <w:r w:rsidRPr="002E0547">
        <w:rPr>
          <w:rFonts w:ascii="Times New Roman" w:hAnsi="Times New Roman"/>
          <w:sz w:val="20"/>
          <w:szCs w:val="24"/>
        </w:rPr>
        <w:t xml:space="preserve"> reprezentantului UAT la recepție</w:t>
      </w:r>
    </w:p>
    <w:tbl>
      <w:tblPr>
        <w:tblW w:w="10908" w:type="dxa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E30FE5" w:rsidRPr="002E0547" w14:paraId="59A0B278" w14:textId="77777777" w:rsidTr="000B4D96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DD398FC" w14:textId="77777777" w:rsidR="00E30FE5" w:rsidRPr="002E0547" w:rsidRDefault="00E30F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0B4D96" w:rsidRPr="002E0547" w14:paraId="40B5C00B" w14:textId="77777777" w:rsidTr="000B4D96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25F4EB9" w14:textId="77777777" w:rsidR="000B4D96" w:rsidRPr="00E331DE" w:rsidRDefault="000B4D96" w:rsidP="000B4D96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5A566D8E" w14:textId="6D5BC168" w:rsidR="000B4D96" w:rsidRPr="002E0547" w:rsidRDefault="000B4D96" w:rsidP="000B4D96">
            <w:pPr>
              <w:spacing w:after="20" w:line="240" w:lineRule="auto"/>
              <w:rPr>
                <w:sz w:val="24"/>
                <w:szCs w:val="24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0B4D96" w:rsidRPr="002E0547" w14:paraId="561A6B41" w14:textId="77777777" w:rsidTr="000B4D96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7954F93" w14:textId="4A7F9336" w:rsidR="000B4D96" w:rsidRPr="002E0547" w:rsidRDefault="000B4D96" w:rsidP="000B4D96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comunei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Praid</w:t>
            </w:r>
            <w:proofErr w:type="spellEnd"/>
          </w:p>
        </w:tc>
      </w:tr>
    </w:tbl>
    <w:p w14:paraId="175FDC6A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AF1FE7" w:rsidRPr="002E0547" w14:paraId="7570FD1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0" w:type="dxa"/>
              <w:bottom w:w="7" w:type="dxa"/>
              <w:right w:w="30" w:type="dxa"/>
            </w:tcMar>
          </w:tcPr>
          <w:p w14:paraId="53977BB0" w14:textId="77777777" w:rsidR="00AF1FE7" w:rsidRPr="002E0547" w:rsidRDefault="0007262A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AF1FE7" w:rsidRPr="002E0547" w14:paraId="050E0650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AA9E8EC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3595491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AF1FE7" w:rsidRPr="002E0547" w14:paraId="67A4BD1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614D10E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AF1FE7" w:rsidRPr="002E0547" w14:paraId="43C7C7EC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5F6B4E8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486FFCC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A1014F1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600479B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AF1FE7" w:rsidRPr="002E0547" w14:paraId="4F97959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24D6E91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AF1FE7" w:rsidRPr="002E0547" w14:paraId="5B440313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553287D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244FA55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0B446E31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AF1FE7" w:rsidRPr="002E0547" w14:paraId="0B9A152C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B36CF5C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0BDE5FF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702D3EDA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12D11B86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7B198D90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1E58BBC2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4D27D16D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</w:t>
            </w: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ara</w:t>
            </w:r>
          </w:p>
        </w:tc>
      </w:tr>
      <w:tr w:rsidR="00AF1FE7" w:rsidRPr="002E0547" w14:paraId="57B5716A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312AF2E8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AF1FE7" w:rsidRPr="002E0547" w14:paraId="1D4B2EC5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66CCE61E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14:paraId="5DA4FB57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684E0033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2E0547" w14:paraId="79B2147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14:paraId="136A8D0E" w14:textId="77777777" w:rsidR="00AF1FE7" w:rsidRPr="002E0547" w:rsidRDefault="0007262A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3. NOTIFICAREA</w:t>
            </w:r>
          </w:p>
        </w:tc>
      </w:tr>
      <w:tr w:rsidR="00AF1FE7" w:rsidRPr="002E0547" w14:paraId="2A359D9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FC83D40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Nr. / </w:t>
            </w:r>
            <w:proofErr w:type="gramStart"/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notificării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FE28B40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Proiect nr. / </w:t>
            </w:r>
            <w:proofErr w:type="gramStart"/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</w:t>
            </w:r>
            <w:proofErr w:type="gram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1050FA3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Imobilul</w:t>
            </w:r>
          </w:p>
        </w:tc>
      </w:tr>
    </w:tbl>
    <w:p w14:paraId="65EB2DE6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2E0547" w14:paraId="3ED7C0D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14:paraId="0A4CC96B" w14:textId="77777777" w:rsidR="00AF1FE7" w:rsidRPr="002E0547" w:rsidRDefault="0007262A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4. EXECUȚIA ȘI RECEPȚIA</w:t>
            </w:r>
          </w:p>
        </w:tc>
      </w:tr>
      <w:tr w:rsidR="00AF1FE7" w:rsidRPr="002E0547" w14:paraId="10B65912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60D25E8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începerii lucrărilor</w:t>
            </w: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2E0547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se declară aici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71742B84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finalizării</w:t>
            </w:r>
          </w:p>
        </w:tc>
      </w:tr>
      <w:tr w:rsidR="00AF1FE7" w:rsidRPr="002E0547" w14:paraId="06EDC53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3E83D397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propusă pentru recepție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62592FB4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12880328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locul</w:t>
            </w:r>
          </w:p>
        </w:tc>
      </w:tr>
      <w:tr w:rsidR="00AF1FE7" w:rsidRPr="002E0547" w14:paraId="5E64C10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14:paraId="6AB289FE" w14:textId="77777777" w:rsidR="00AF1FE7" w:rsidRPr="002E0547" w:rsidRDefault="0007262A">
            <w:pPr>
              <w:spacing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i/>
                <w:sz w:val="16"/>
                <w:szCs w:val="24"/>
              </w:rPr>
              <w:t xml:space="preserve">Legea </w:t>
            </w:r>
            <w:r w:rsidRPr="002E0547">
              <w:rPr>
                <w:rFonts w:ascii="Times New Roman" w:hAnsi="Times New Roman"/>
                <w:i/>
                <w:sz w:val="16"/>
                <w:szCs w:val="24"/>
              </w:rPr>
              <w:t>nr.169/2026 privind Codul amenajării teritoriului, urbanismului și construcțiilor nu instituie o înștiințare distinctă privind începerea lucrărilor notificate; data începerii se declară în prezentul formular și se consemnează în procesul-verbal de recepție</w:t>
            </w:r>
            <w:r w:rsidRPr="002E0547">
              <w:rPr>
                <w:rFonts w:ascii="Times New Roman" w:hAnsi="Times New Roman"/>
                <w:i/>
                <w:sz w:val="16"/>
                <w:szCs w:val="24"/>
              </w:rPr>
              <w:t>.</w:t>
            </w:r>
          </w:p>
        </w:tc>
      </w:tr>
    </w:tbl>
    <w:p w14:paraId="5A4DBE4C" w14:textId="77777777" w:rsidR="00AF1FE7" w:rsidRPr="002E0547" w:rsidRDefault="00AF1FE7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2E0547" w14:paraId="1C192FA1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14:paraId="738A4F82" w14:textId="77777777" w:rsidR="00AF1FE7" w:rsidRPr="002E0547" w:rsidRDefault="0007262A">
            <w:pPr>
              <w:spacing w:before="10" w:after="1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AF1FE7" w:rsidRPr="002E0547" w14:paraId="74AB3E9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0D4501A4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2B5CB55D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Beneficiarul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14:paraId="1EA680E3" w14:textId="77777777" w:rsidR="00AF1FE7" w:rsidRPr="002E0547" w:rsidRDefault="0007262A">
            <w:pPr>
              <w:spacing w:after="0" w:line="240" w:lineRule="auto"/>
              <w:rPr>
                <w:sz w:val="24"/>
                <w:szCs w:val="24"/>
              </w:rPr>
            </w:pPr>
            <w:r w:rsidRPr="002E0547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88DBEB6" w14:textId="77777777" w:rsidR="00431DD2" w:rsidRPr="00E30FE5" w:rsidRDefault="00431DD2">
      <w:pPr>
        <w:rPr>
          <w:sz w:val="28"/>
          <w:szCs w:val="28"/>
        </w:rPr>
      </w:pPr>
    </w:p>
    <w:sectPr w:rsidR="00431DD2" w:rsidRPr="00E30FE5" w:rsidSect="002E0547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4DEED" w14:textId="77777777" w:rsidR="0007262A" w:rsidRDefault="0007262A">
      <w:pPr>
        <w:spacing w:after="0" w:line="240" w:lineRule="auto"/>
      </w:pPr>
      <w:r>
        <w:separator/>
      </w:r>
    </w:p>
  </w:endnote>
  <w:endnote w:type="continuationSeparator" w:id="0">
    <w:p w14:paraId="307B584F" w14:textId="77777777" w:rsidR="0007262A" w:rsidRDefault="0007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BF261" w14:textId="77777777" w:rsidR="00AF1FE7" w:rsidRDefault="00AF1FE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5251F" w14:textId="77777777" w:rsidR="0007262A" w:rsidRDefault="0007262A">
      <w:pPr>
        <w:spacing w:after="0" w:line="240" w:lineRule="auto"/>
      </w:pPr>
      <w:r>
        <w:separator/>
      </w:r>
    </w:p>
  </w:footnote>
  <w:footnote w:type="continuationSeparator" w:id="0">
    <w:p w14:paraId="0A360F87" w14:textId="77777777" w:rsidR="0007262A" w:rsidRDefault="0007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FFC4D" w14:textId="77777777" w:rsidR="00AF1FE7" w:rsidRDefault="00AF1FE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62A"/>
    <w:rsid w:val="000B4D96"/>
    <w:rsid w:val="0015074B"/>
    <w:rsid w:val="00200FFD"/>
    <w:rsid w:val="0029639D"/>
    <w:rsid w:val="002E0547"/>
    <w:rsid w:val="00326F90"/>
    <w:rsid w:val="00431DD2"/>
    <w:rsid w:val="0094177F"/>
    <w:rsid w:val="00AA1D8D"/>
    <w:rsid w:val="00AF1FE7"/>
    <w:rsid w:val="00B47730"/>
    <w:rsid w:val="00CB0664"/>
    <w:rsid w:val="00E30F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2430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4</cp:revision>
  <dcterms:created xsi:type="dcterms:W3CDTF">2013-12-23T23:15:00Z</dcterms:created>
  <dcterms:modified xsi:type="dcterms:W3CDTF">2026-09-03T08:57:00Z</dcterms:modified>
  <cp:category/>
</cp:coreProperties>
</file>