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AE1DCC" w:rsidRPr="007844EA" w14:paraId="12730BD8" w14:textId="77777777" w:rsidTr="00056CE5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E0E52ED" w14:textId="77777777" w:rsidR="00AE1DCC" w:rsidRPr="007844EA" w:rsidRDefault="00AE1DCC" w:rsidP="00056CE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D9698D8" wp14:editId="75727B9F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69021F1" w14:textId="77777777" w:rsidR="00AE1DCC" w:rsidRPr="007844EA" w:rsidRDefault="00AE1DCC" w:rsidP="00056CE5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AE1DCC" w:rsidRPr="007844EA" w14:paraId="28143105" w14:textId="77777777" w:rsidTr="00056CE5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29A2985" w14:textId="77777777" w:rsidR="00AE1DCC" w:rsidRPr="007844EA" w:rsidRDefault="00AE1DCC" w:rsidP="00056CE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F37BB2B" w14:textId="77777777" w:rsidR="00AE1DCC" w:rsidRPr="007844EA" w:rsidRDefault="00AE1DCC" w:rsidP="00056CE5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Inspectoratul</w:t>
            </w:r>
            <w:proofErr w:type="spellEnd"/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 de Stat </w:t>
            </w:r>
            <w:proofErr w:type="spellStart"/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în</w:t>
            </w:r>
            <w:proofErr w:type="spellEnd"/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Construcții</w:t>
            </w:r>
            <w:proofErr w:type="spellEnd"/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 - I.S.C.</w:t>
            </w:r>
          </w:p>
        </w:tc>
      </w:tr>
      <w:tr w:rsidR="00AE1DCC" w:rsidRPr="007844EA" w14:paraId="10EC46C7" w14:textId="77777777" w:rsidTr="00056CE5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9A962D6" w14:textId="77777777" w:rsidR="00AE1DCC" w:rsidRPr="007844EA" w:rsidRDefault="00AE1DCC" w:rsidP="00056CE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241734C" w14:textId="77777777" w:rsidR="00AE1DCC" w:rsidRPr="007844EA" w:rsidRDefault="00AE1DCC" w:rsidP="00056CE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03F1165C" w14:textId="77777777" w:rsidR="00AE1DCC" w:rsidRPr="007844EA" w:rsidRDefault="00AE1DCC" w:rsidP="00056CE5">
            <w:pPr>
              <w:spacing w:after="20" w:line="240" w:lineRule="auto"/>
              <w:rPr>
                <w:sz w:val="24"/>
                <w:szCs w:val="24"/>
              </w:rPr>
            </w:pPr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4245968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2F3828A" w14:textId="77777777" w:rsidR="00AE1DCC" w:rsidRDefault="00AE1DCC" w:rsidP="00056CE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proofErr w:type="spellStart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Miercurea-Ciuc</w:t>
            </w:r>
            <w:proofErr w:type="spellEnd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Strada </w:t>
            </w:r>
            <w:proofErr w:type="spellStart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Petőfi</w:t>
            </w:r>
            <w:proofErr w:type="spellEnd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Sándor</w:t>
            </w:r>
            <w:proofErr w:type="spellEnd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nr. 8, </w:t>
            </w:r>
            <w:proofErr w:type="spellStart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,R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omânia</w:t>
            </w:r>
            <w:proofErr w:type="spellEnd"/>
          </w:p>
          <w:p w14:paraId="62E3CE09" w14:textId="77777777" w:rsidR="00AE1DCC" w:rsidRPr="007844EA" w:rsidRDefault="00AE1DCC" w:rsidP="00056CE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</w:t>
            </w:r>
            <w:r w:rsidRPr="00580C10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0753 063 360</w:t>
            </w:r>
          </w:p>
          <w:p w14:paraId="58640A4E" w14:textId="77777777" w:rsidR="00AE1DCC" w:rsidRPr="007844EA" w:rsidRDefault="00AE1DCC" w:rsidP="00056CE5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580C10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harghita@isc.gov.ro</w:t>
            </w:r>
          </w:p>
        </w:tc>
      </w:tr>
      <w:tr w:rsidR="00AE1DCC" w:rsidRPr="007844EA" w14:paraId="51D6AE73" w14:textId="77777777" w:rsidTr="00056CE5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363FE1C" w14:textId="77777777" w:rsidR="00AE1DCC" w:rsidRPr="007844EA" w:rsidRDefault="00AE1DCC" w:rsidP="00056CE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E184C64" w14:textId="77777777" w:rsidR="00AE1DCC" w:rsidRPr="007844EA" w:rsidRDefault="00AE1DCC" w:rsidP="00056CE5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5377876" w14:textId="77777777" w:rsidR="00AE1DCC" w:rsidRDefault="00AE1DCC" w:rsidP="00056CE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  <w:p w14:paraId="7C15226D" w14:textId="77777777" w:rsidR="00AE1DCC" w:rsidRPr="007844EA" w:rsidRDefault="00AE1DCC" w:rsidP="00056CE5">
            <w:pPr>
              <w:spacing w:after="20" w:line="240" w:lineRule="auto"/>
              <w:rPr>
                <w:sz w:val="24"/>
                <w:szCs w:val="24"/>
              </w:rPr>
            </w:pPr>
          </w:p>
        </w:tc>
      </w:tr>
      <w:tr w:rsidR="00AE1DCC" w:rsidRPr="007844EA" w14:paraId="01315BAC" w14:textId="77777777" w:rsidTr="00056CE5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3EF5F8C" w14:textId="77777777" w:rsidR="00AE1DCC" w:rsidRPr="007844EA" w:rsidRDefault="00AE1DCC" w:rsidP="00056CE5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</w:tc>
      </w:tr>
    </w:tbl>
    <w:p w14:paraId="544EB3D2" w14:textId="0CC51E91" w:rsidR="007E3051" w:rsidRPr="007E3051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E3051">
        <w:rPr>
          <w:rFonts w:ascii="Times New Roman" w:hAnsi="Times New Roman"/>
          <w:b/>
          <w:sz w:val="28"/>
          <w:szCs w:val="24"/>
        </w:rPr>
        <w:t>ÎNȘTIINȚARE</w:t>
      </w:r>
      <w:r w:rsidR="000D50A1" w:rsidRPr="000D50A1">
        <w:rPr>
          <w:rFonts w:ascii="Times New Roman" w:hAnsi="Times New Roman"/>
          <w:b/>
          <w:sz w:val="17"/>
        </w:rPr>
        <w:t xml:space="preserve"> </w:t>
      </w:r>
      <w:r w:rsidR="000D50A1">
        <w:rPr>
          <w:rFonts w:ascii="Times New Roman" w:hAnsi="Times New Roman"/>
          <w:b/>
          <w:sz w:val="17"/>
        </w:rPr>
        <w:t xml:space="preserve">  </w:t>
      </w:r>
    </w:p>
    <w:p w14:paraId="4E4281E9" w14:textId="77777777" w:rsidR="000D50A1" w:rsidRPr="000D50A1" w:rsidRDefault="000D50A1" w:rsidP="000D50A1">
      <w:pPr>
        <w:spacing w:before="80" w:after="60" w:line="240" w:lineRule="auto"/>
        <w:jc w:val="center"/>
        <w:rPr>
          <w:rFonts w:ascii="Times New Roman" w:hAnsi="Times New Roman"/>
          <w:sz w:val="17"/>
        </w:rPr>
      </w:pPr>
      <w:proofErr w:type="spellStart"/>
      <w:r w:rsidRPr="000D50A1">
        <w:rPr>
          <w:rFonts w:ascii="Times New Roman" w:hAnsi="Times New Roman"/>
          <w:b/>
        </w:rPr>
        <w:t>privind</w:t>
      </w:r>
      <w:proofErr w:type="spellEnd"/>
      <w:r w:rsidRPr="000D50A1">
        <w:rPr>
          <w:rFonts w:ascii="Times New Roman" w:hAnsi="Times New Roman"/>
          <w:b/>
        </w:rPr>
        <w:t xml:space="preserve"> </w:t>
      </w:r>
      <w:proofErr w:type="spellStart"/>
      <w:r w:rsidRPr="000D50A1">
        <w:rPr>
          <w:rFonts w:ascii="Times New Roman" w:hAnsi="Times New Roman"/>
          <w:b/>
        </w:rPr>
        <w:t>începerea</w:t>
      </w:r>
      <w:proofErr w:type="spellEnd"/>
      <w:r w:rsidRPr="000D50A1">
        <w:rPr>
          <w:rFonts w:ascii="Times New Roman" w:hAnsi="Times New Roman"/>
          <w:b/>
        </w:rPr>
        <w:t xml:space="preserve"> </w:t>
      </w:r>
      <w:proofErr w:type="spellStart"/>
      <w:r w:rsidRPr="000D50A1">
        <w:rPr>
          <w:rFonts w:ascii="Times New Roman" w:hAnsi="Times New Roman"/>
          <w:b/>
        </w:rPr>
        <w:t>execuției</w:t>
      </w:r>
      <w:proofErr w:type="spellEnd"/>
      <w:r w:rsidRPr="000D50A1">
        <w:rPr>
          <w:rFonts w:ascii="Times New Roman" w:hAnsi="Times New Roman"/>
          <w:b/>
        </w:rPr>
        <w:t xml:space="preserve"> </w:t>
      </w:r>
      <w:proofErr w:type="spellStart"/>
      <w:r w:rsidRPr="000D50A1">
        <w:rPr>
          <w:rFonts w:ascii="Times New Roman" w:hAnsi="Times New Roman"/>
          <w:b/>
        </w:rPr>
        <w:t>lucrărilor</w:t>
      </w:r>
      <w:proofErr w:type="spellEnd"/>
      <w:r w:rsidRPr="000D50A1">
        <w:rPr>
          <w:rFonts w:ascii="Times New Roman" w:hAnsi="Times New Roman"/>
          <w:b/>
        </w:rPr>
        <w:t xml:space="preserve"> (</w:t>
      </w:r>
      <w:proofErr w:type="spellStart"/>
      <w:r w:rsidRPr="000D50A1">
        <w:rPr>
          <w:rFonts w:ascii="Times New Roman" w:hAnsi="Times New Roman"/>
          <w:b/>
        </w:rPr>
        <w:t>către</w:t>
      </w:r>
      <w:proofErr w:type="spellEnd"/>
      <w:r w:rsidRPr="000D50A1">
        <w:rPr>
          <w:rFonts w:ascii="Times New Roman" w:hAnsi="Times New Roman"/>
          <w:b/>
        </w:rPr>
        <w:t xml:space="preserve"> I.S.C.)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A57DE" w:rsidRPr="007844EA" w14:paraId="1D12CB13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853ACA3" w14:textId="77777777" w:rsidR="002A57DE" w:rsidRPr="007844EA" w:rsidRDefault="002A57DE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20207E" w:rsidRPr="007844EA" w14:paraId="5D5D8091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8714B2A" w14:textId="24CC8597" w:rsidR="0020207E" w:rsidRPr="005548DC" w:rsidRDefault="0020207E" w:rsidP="0020207E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</w:tc>
      </w:tr>
      <w:tr w:rsidR="0020207E" w:rsidRPr="007844EA" w14:paraId="733AC7F4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1A339C" w14:textId="54BC0D93" w:rsidR="0020207E" w:rsidRPr="007844EA" w:rsidRDefault="005548DC" w:rsidP="0020207E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conducerea</w:t>
            </w:r>
            <w:proofErr w:type="spellEnd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Inspectoratului</w:t>
            </w:r>
            <w:proofErr w:type="spellEnd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Teritorial</w:t>
            </w:r>
            <w:proofErr w:type="spellEnd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în</w:t>
            </w:r>
            <w:proofErr w:type="spellEnd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5548DC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Construcții</w:t>
            </w:r>
            <w:proofErr w:type="spellEnd"/>
          </w:p>
        </w:tc>
      </w:tr>
    </w:tbl>
    <w:p w14:paraId="10A2AD89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D1AB0" w:rsidRPr="002A57DE" w14:paraId="1FD6982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BE80A0E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D1AB0" w:rsidRPr="002A57DE" w14:paraId="02DFC4F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697B43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4E93D42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D1AB0" w:rsidRPr="002A57DE" w14:paraId="7BA51D6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D936C0D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D1AB0" w:rsidRPr="002A57DE" w14:paraId="7E89E0CA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865810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9140BE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119DB1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7F6B4FB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D1AB0" w:rsidRPr="002A57DE" w14:paraId="296CCC3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A819CE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D1AB0" w:rsidRPr="002A57DE" w14:paraId="273AEF1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DE43233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666B9E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DF6918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D1AB0" w:rsidRPr="002A57DE" w14:paraId="70FA8AC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AF344F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1A951A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7AE6E0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9BFCDC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2E45F1F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C60135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CD34B40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D1AB0" w:rsidRPr="002A57DE" w14:paraId="6DD8CC6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6AAB46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D1AB0" w:rsidRPr="002A57DE" w14:paraId="3E7B76A2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1259F13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B545CD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82F15B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9D0924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771F4FE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CONSTRUIRE/DESFIINȚARE</w:t>
            </w:r>
          </w:p>
        </w:tc>
      </w:tr>
      <w:tr w:rsidR="00FD1AB0" w:rsidRPr="002A57DE" w14:paraId="2A151C0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189B8F7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B89B48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F358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D1AB0" w:rsidRPr="002A57DE" w14:paraId="124381B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6E1749E" w14:textId="77777777" w:rsidR="00FD1AB0" w:rsidRPr="002A57DE" w:rsidRDefault="00E35A6C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D1AB0" w:rsidRPr="002A57DE" w14:paraId="7183E15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2D49C7B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Denumirea lucrării, capacitatea și categoria de lucrări din autorizație</w:t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D1AB0" w:rsidRPr="002A57DE" w14:paraId="2986943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B68AB7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D1AB0" w:rsidRPr="002A57DE" w14:paraId="03E92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AF13E21" w14:textId="77777777" w:rsidR="00FD1AB0" w:rsidRPr="002A57DE" w:rsidRDefault="00E35A6C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2A57DE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sz w:val="18"/>
                <w:szCs w:val="24"/>
              </w:rPr>
              <w:t>Că la data de _______________ ora ________ vor începe lucrările de construcții autorizate</w:t>
            </w:r>
            <w:r w:rsidRPr="002A57DE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48034372" w14:textId="77777777" w:rsidR="00473C34" w:rsidRPr="002A57DE" w:rsidRDefault="00473C34" w:rsidP="00473C34">
      <w:pPr>
        <w:spacing w:before="20" w:after="0"/>
        <w:rPr>
          <w:sz w:val="24"/>
          <w:szCs w:val="24"/>
        </w:rPr>
      </w:pP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630"/>
        <w:gridCol w:w="2693"/>
        <w:gridCol w:w="325"/>
        <w:gridCol w:w="1824"/>
        <w:gridCol w:w="1824"/>
      </w:tblGrid>
      <w:tr w:rsidR="00FD1AB0" w:rsidRPr="002A57DE" w14:paraId="22F90744" w14:textId="77777777" w:rsidTr="005548DC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5CEA0BB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D1AB0" w:rsidRPr="002A57DE" w14:paraId="6665EA66" w14:textId="77777777" w:rsidTr="005548DC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69893AB" w14:textId="77777777" w:rsidR="00FD1AB0" w:rsidRPr="002A57DE" w:rsidRDefault="00E35A6C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D1AB0" w:rsidRPr="002A57DE" w14:paraId="23F0D1E6" w14:textId="77777777" w:rsidTr="005548DC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EDE3EB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F19EA3F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3C4A08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D1AB0" w:rsidRPr="002A57DE" w14:paraId="6F03A7A6" w14:textId="77777777" w:rsidTr="005548DC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B138D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1DED251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C376670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46197A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548DC" w:rsidRPr="002A57DE" w14:paraId="25E74F5B" w14:textId="77777777" w:rsidTr="005548DC">
        <w:trPr>
          <w:jc w:val="center"/>
        </w:trPr>
        <w:tc>
          <w:tcPr>
            <w:tcW w:w="427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B13C538" w14:textId="77777777" w:rsidR="005548DC" w:rsidRDefault="005548DC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5548D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</w:t>
            </w:r>
            <w:proofErr w:type="spellEnd"/>
            <w:r w:rsidRPr="005548D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5548D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terenului</w:t>
            </w:r>
            <w:proofErr w:type="spellEnd"/>
            <w:r w:rsidRPr="005548D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(m²):</w:t>
            </w:r>
          </w:p>
          <w:p w14:paraId="7A437E2B" w14:textId="09AC8916" w:rsidR="005548DC" w:rsidRPr="002A57DE" w:rsidRDefault="005548D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7490959" w14:textId="1A63A256" w:rsidR="005548DC" w:rsidRPr="002A57DE" w:rsidRDefault="005548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97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4C22FF" w14:textId="0BB3306B" w:rsidR="005548DC" w:rsidRPr="002A57DE" w:rsidRDefault="005548D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</w:tbl>
    <w:p w14:paraId="35DC0ACF" w14:textId="097E7BAC" w:rsidR="00FD1AB0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10"/>
      </w:tblGrid>
      <w:tr w:rsidR="00473C34" w14:paraId="6BB63FE7" w14:textId="77777777" w:rsidTr="00DA5EF2">
        <w:trPr>
          <w:jc w:val="center"/>
        </w:trPr>
        <w:tc>
          <w:tcPr>
            <w:tcW w:w="10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31C19F6D" w14:textId="77777777" w:rsidR="00473C34" w:rsidRPr="00473C34" w:rsidRDefault="00473C34" w:rsidP="00473C34">
            <w:pPr>
              <w:pBdr>
                <w:bottom w:val="single" w:sz="4" w:space="1" w:color="auto"/>
              </w:pBdr>
              <w:shd w:val="clear" w:color="auto" w:fill="D9D9D9" w:themeFill="background1" w:themeFillShade="D9"/>
              <w:spacing w:before="10" w:after="1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473C34">
              <w:rPr>
                <w:rFonts w:ascii="Times New Roman" w:hAnsi="Times New Roman"/>
                <w:b/>
                <w:sz w:val="18"/>
                <w:szCs w:val="24"/>
                <w:highlight w:val="lightGray"/>
              </w:rPr>
              <w:t>5-6. ANEXE ȘI PROGRAME</w:t>
            </w:r>
          </w:p>
          <w:p w14:paraId="6C0DE279" w14:textId="77777777" w:rsidR="00473C34" w:rsidRPr="00615925" w:rsidRDefault="00473C34" w:rsidP="00AD3CE8">
            <w:pPr>
              <w:spacing w:after="20" w:line="240" w:lineRule="auto"/>
              <w:rPr>
                <w:sz w:val="18"/>
                <w:szCs w:val="18"/>
              </w:rPr>
            </w:pPr>
            <w:r w:rsidRPr="00615925">
              <w:rPr>
                <w:rFonts w:ascii="Times New Roman" w:hAnsi="Times New Roman"/>
                <w:sz w:val="18"/>
                <w:szCs w:val="18"/>
              </w:rPr>
              <w:t xml:space="preserve">5. </w:t>
            </w:r>
            <w:r w:rsidRPr="009F335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ANEXEZ</w:t>
            </w:r>
            <w:r w:rsidRPr="00615925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Dovada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achitării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cotei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de 0,1% conform art. 143 din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Legea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nr. 169/2026.</w:t>
            </w:r>
            <w:r w:rsidRPr="00615925">
              <w:rPr>
                <w:rFonts w:ascii="Times New Roman" w:hAnsi="Times New Roman"/>
                <w:sz w:val="18"/>
                <w:szCs w:val="18"/>
              </w:rPr>
              <w:br/>
              <w:t xml:space="preserve">6. </w:t>
            </w:r>
            <w:r w:rsidRPr="009F335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PROGRAME DE INVESTIȚII</w:t>
            </w:r>
            <w:r w:rsidRPr="00615925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118705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PNRR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-120787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PNDL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16213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Anghel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Saligny</w:t>
            </w:r>
            <w:proofErr w:type="spellEnd"/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-145285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PNDR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-365210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POR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17670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POIM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41975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Risc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seismic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208001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Locuințe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sociale</w:t>
            </w:r>
            <w:proofErr w:type="spellEnd"/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-125635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Eficiență</w:t>
            </w:r>
            <w:proofErr w:type="spellEnd"/>
            <w:r w:rsidRPr="006159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15925">
              <w:rPr>
                <w:rFonts w:ascii="Times New Roman" w:hAnsi="Times New Roman"/>
                <w:sz w:val="18"/>
                <w:szCs w:val="18"/>
              </w:rPr>
              <w:t>energetică</w:t>
            </w:r>
            <w:proofErr w:type="spellEnd"/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132848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CNI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184358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ANL</w:t>
            </w:r>
            <w:r w:rsidRPr="00615925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51842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15925">
                  <w:rPr>
                    <w:rFonts w:ascii="MS Gothic" w:hAnsi="MS Gothic"/>
                    <w:sz w:val="18"/>
                    <w:szCs w:val="18"/>
                  </w:rPr>
                  <w:t>☐</w:t>
                </w:r>
              </w:sdtContent>
            </w:sdt>
            <w:r w:rsidRPr="00615925">
              <w:rPr>
                <w:rFonts w:ascii="Times New Roman" w:hAnsi="Times New Roman"/>
                <w:sz w:val="18"/>
                <w:szCs w:val="18"/>
              </w:rPr>
              <w:t xml:space="preserve"> CNAIR</w:t>
            </w:r>
            <w:r w:rsidRPr="00615925">
              <w:rPr>
                <w:sz w:val="18"/>
                <w:szCs w:val="18"/>
              </w:rPr>
              <w:t xml:space="preserve">  </w:t>
            </w:r>
          </w:p>
        </w:tc>
      </w:tr>
    </w:tbl>
    <w:p w14:paraId="403B565D" w14:textId="77777777" w:rsidR="00473C34" w:rsidRPr="002A57DE" w:rsidRDefault="00473C34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F86369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5977C3E" w14:textId="51C91322" w:rsidR="00FD1AB0" w:rsidRPr="002A57DE" w:rsidRDefault="00DA5EF2">
            <w:pPr>
              <w:spacing w:before="10" w:after="1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7</w:t>
            </w:r>
            <w:r w:rsidR="00E35A6C" w:rsidRPr="002A57DE">
              <w:rPr>
                <w:rFonts w:ascii="Times New Roman" w:hAnsi="Times New Roman"/>
                <w:b/>
                <w:sz w:val="18"/>
                <w:szCs w:val="24"/>
              </w:rPr>
              <w:t>. DATA ȘI SEMNĂTURA</w:t>
            </w:r>
          </w:p>
        </w:tc>
      </w:tr>
      <w:tr w:rsidR="00FD1AB0" w:rsidRPr="002A57DE" w14:paraId="029D094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AE8C6B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F1C83D1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125D3BF3" w14:textId="77777777" w:rsidR="00FD1AB0" w:rsidRDefault="00E35A6C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  <w:proofErr w:type="spellEnd"/>
          </w:p>
          <w:p w14:paraId="09B8A94F" w14:textId="77777777" w:rsidR="00615925" w:rsidRDefault="00615925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</w:p>
          <w:p w14:paraId="63F9D63F" w14:textId="1DD183C4" w:rsidR="00615925" w:rsidRPr="002A57DE" w:rsidRDefault="0061592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D78B856" w14:textId="3D44EAFC" w:rsidR="00FD1AB0" w:rsidRDefault="00E35A6C">
      <w:pPr>
        <w:spacing w:before="60" w:after="0" w:line="240" w:lineRule="auto"/>
        <w:rPr>
          <w:rFonts w:ascii="Times New Roman" w:hAnsi="Times New Roman"/>
          <w:i/>
          <w:color w:val="3C3C3C"/>
          <w:sz w:val="16"/>
          <w:szCs w:val="24"/>
        </w:rPr>
      </w:pPr>
      <w:r w:rsidRPr="002A57DE">
        <w:rPr>
          <w:rFonts w:ascii="Times New Roman" w:hAnsi="Times New Roman"/>
          <w:i/>
          <w:color w:val="3C3C3C"/>
          <w:sz w:val="16"/>
          <w:szCs w:val="24"/>
        </w:rPr>
        <w:t>.</w:t>
      </w:r>
    </w:p>
    <w:sectPr w:rsidR="00FD1AB0" w:rsidSect="00716742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F4112" w14:textId="77777777" w:rsidR="008634D1" w:rsidRDefault="008634D1">
      <w:pPr>
        <w:spacing w:after="0" w:line="240" w:lineRule="auto"/>
      </w:pPr>
      <w:r>
        <w:separator/>
      </w:r>
    </w:p>
  </w:endnote>
  <w:endnote w:type="continuationSeparator" w:id="0">
    <w:p w14:paraId="39FBCFF2" w14:textId="77777777" w:rsidR="008634D1" w:rsidRDefault="00863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A6AD" w14:textId="0747F5B4" w:rsidR="00FD1AB0" w:rsidRDefault="00E35A6C">
    <w:pPr>
      <w:pStyle w:val="llb"/>
      <w:jc w:val="center"/>
    </w:pPr>
    <w:r>
      <w:rPr>
        <w:rFonts w:ascii="Times New Roman" w:hAnsi="Times New Roman"/>
        <w:color w:val="646464"/>
        <w:sz w:val="16"/>
      </w:rPr>
      <w:t>F_A_0</w:t>
    </w:r>
    <w:r w:rsidR="00473C34">
      <w:rPr>
        <w:rFonts w:ascii="Times New Roman" w:hAnsi="Times New Roman"/>
        <w:color w:val="646464"/>
        <w:sz w:val="16"/>
      </w:rPr>
      <w:t>9</w:t>
    </w:r>
    <w:r>
      <w:rPr>
        <w:rFonts w:ascii="Times New Roman" w:hAnsi="Times New Roman"/>
        <w:color w:val="646464"/>
        <w:sz w:val="16"/>
      </w:rPr>
      <w:t xml:space="preserve">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9E5C3" w14:textId="77777777" w:rsidR="008634D1" w:rsidRDefault="008634D1">
      <w:pPr>
        <w:spacing w:after="0" w:line="240" w:lineRule="auto"/>
      </w:pPr>
      <w:r>
        <w:separator/>
      </w:r>
    </w:p>
  </w:footnote>
  <w:footnote w:type="continuationSeparator" w:id="0">
    <w:p w14:paraId="737BD77C" w14:textId="77777777" w:rsidR="008634D1" w:rsidRDefault="00863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52CE" w14:textId="2392B110" w:rsidR="00FD1AB0" w:rsidRDefault="009F3353" w:rsidP="009F3353">
    <w:pPr>
      <w:pStyle w:val="lfej"/>
      <w:jc w:val="center"/>
    </w:pPr>
    <w:r w:rsidRPr="000D50A1">
      <w:rPr>
        <w:rFonts w:ascii="Times New Roman" w:hAnsi="Times New Roman"/>
        <w:b/>
        <w:bCs/>
        <w:i/>
        <w:sz w:val="16"/>
        <w:szCs w:val="24"/>
      </w:rPr>
      <w:t>F_A_09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0A1"/>
    <w:rsid w:val="0015074B"/>
    <w:rsid w:val="001D0A95"/>
    <w:rsid w:val="00200FFD"/>
    <w:rsid w:val="0020207E"/>
    <w:rsid w:val="0029639D"/>
    <w:rsid w:val="002A57DE"/>
    <w:rsid w:val="00321B9A"/>
    <w:rsid w:val="00326F90"/>
    <w:rsid w:val="00473C34"/>
    <w:rsid w:val="005548DC"/>
    <w:rsid w:val="00615925"/>
    <w:rsid w:val="00716742"/>
    <w:rsid w:val="007E3051"/>
    <w:rsid w:val="008634D1"/>
    <w:rsid w:val="009F3353"/>
    <w:rsid w:val="00AA1D8D"/>
    <w:rsid w:val="00AE1DCC"/>
    <w:rsid w:val="00B47730"/>
    <w:rsid w:val="00C2690E"/>
    <w:rsid w:val="00CB0664"/>
    <w:rsid w:val="00D96895"/>
    <w:rsid w:val="00DA5EF2"/>
    <w:rsid w:val="00E35A6C"/>
    <w:rsid w:val="00EF3D7F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7FF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11</cp:revision>
  <dcterms:created xsi:type="dcterms:W3CDTF">2013-12-23T23:15:00Z</dcterms:created>
  <dcterms:modified xsi:type="dcterms:W3CDTF">2026-09-18T06:11:00Z</dcterms:modified>
  <cp:category/>
</cp:coreProperties>
</file>