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20207E" w:rsidRPr="007844EA" w14:paraId="69A43FBB" w14:textId="77777777" w:rsidTr="00FE4392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52D74E9" w14:textId="77777777" w:rsidR="0020207E" w:rsidRPr="007844EA" w:rsidRDefault="0020207E" w:rsidP="00FE4392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53B6EFB5" wp14:editId="2C16C999">
                  <wp:simplePos x="0" y="0"/>
                  <wp:positionH relativeFrom="column">
                    <wp:posOffset>359134</wp:posOffset>
                  </wp:positionH>
                  <wp:positionV relativeFrom="paragraph">
                    <wp:posOffset>172528</wp:posOffset>
                  </wp:positionV>
                  <wp:extent cx="53340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0829" y="21287"/>
                      <wp:lineTo x="20829" y="0"/>
                      <wp:lineTo x="0" y="0"/>
                    </wp:wrapPolygon>
                  </wp:wrapTight>
                  <wp:docPr id="7" name="Kép 7" descr="stema r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Kép 7" descr="stema ro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BEACC16" w14:textId="77777777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20207E" w:rsidRPr="007844EA" w14:paraId="1C072716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D2DDDAC" w14:textId="77777777" w:rsidR="0020207E" w:rsidRPr="007844EA" w:rsidRDefault="0020207E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39DE92C" w14:textId="77777777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COMUNA PRAID</w:t>
            </w:r>
          </w:p>
        </w:tc>
      </w:tr>
      <w:tr w:rsidR="0020207E" w:rsidRPr="007844EA" w14:paraId="2CE1B112" w14:textId="77777777" w:rsidTr="00FE4392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59733242" w14:textId="77777777" w:rsidR="0020207E" w:rsidRPr="007844EA" w:rsidRDefault="0020207E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335C01D1" w14:textId="77777777" w:rsidR="0020207E" w:rsidRPr="007844EA" w:rsidRDefault="0020207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6BBE81B8" w14:textId="77777777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4368103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6836509" w14:textId="77777777" w:rsidR="0020207E" w:rsidRPr="007844EA" w:rsidRDefault="0020207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537240</w:t>
            </w:r>
            <w:r w:rsidRPr="00FB7A09">
              <w:rPr>
                <w:rFonts w:ascii="Times New Roman" w:hAnsi="Times New Roman"/>
                <w:b/>
                <w:bCs/>
                <w:sz w:val="15"/>
              </w:rPr>
              <w:t xml:space="preserve">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Sat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 xml:space="preserve">, Com.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Praid</w:t>
            </w:r>
            <w:proofErr w:type="spellEnd"/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, nr. 394,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  <w:p w14:paraId="79C7C10A" w14:textId="77777777" w:rsidR="0020207E" w:rsidRDefault="0020207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</w:p>
          <w:p w14:paraId="7F45945D" w14:textId="77777777" w:rsidR="0020207E" w:rsidRPr="007844EA" w:rsidRDefault="0020207E" w:rsidP="00FE4392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Tel: +0266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240 175</w:t>
            </w:r>
          </w:p>
          <w:p w14:paraId="2B59BE2E" w14:textId="77777777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 w:rsidRPr="00FB7A09">
              <w:rPr>
                <w:rFonts w:ascii="Times New Roman" w:hAnsi="Times New Roman"/>
                <w:b/>
                <w:bCs/>
                <w:color w:val="004682"/>
                <w:sz w:val="18"/>
                <w:szCs w:val="24"/>
              </w:rPr>
              <w:t>primariapraid@yahoo.com</w:t>
            </w:r>
          </w:p>
        </w:tc>
      </w:tr>
      <w:tr w:rsidR="0020207E" w:rsidRPr="007844EA" w14:paraId="6F7FC4DF" w14:textId="77777777" w:rsidTr="00FE4392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6952C884" w14:textId="77777777" w:rsidR="0020207E" w:rsidRPr="007844EA" w:rsidRDefault="0020207E" w:rsidP="00FE4392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7E36D03" w14:textId="77777777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5AD9C5A2" w14:textId="77777777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20207E" w:rsidRPr="007844EA" w14:paraId="75BFA201" w14:textId="77777777" w:rsidTr="00FE4392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3B083DE" w14:textId="77777777" w:rsidR="0020207E" w:rsidRPr="007844EA" w:rsidRDefault="0020207E" w:rsidP="00FE4392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544EB3D2" w14:textId="77777777" w:rsidR="007E3051" w:rsidRPr="007E3051" w:rsidRDefault="007E3051" w:rsidP="007E3051">
      <w:pPr>
        <w:spacing w:before="80" w:after="6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7E3051">
        <w:rPr>
          <w:rFonts w:ascii="Times New Roman" w:hAnsi="Times New Roman"/>
          <w:b/>
          <w:sz w:val="28"/>
          <w:szCs w:val="24"/>
        </w:rPr>
        <w:t xml:space="preserve">ÎNȘTIINȚARE </w:t>
      </w:r>
    </w:p>
    <w:p w14:paraId="5D7122DF" w14:textId="6A556018" w:rsidR="002A57DE" w:rsidRPr="007E3051" w:rsidRDefault="007E3051" w:rsidP="007E3051">
      <w:pPr>
        <w:spacing w:before="80" w:after="60" w:line="240" w:lineRule="auto"/>
        <w:jc w:val="center"/>
        <w:rPr>
          <w:bCs/>
          <w:sz w:val="20"/>
          <w:szCs w:val="20"/>
        </w:rPr>
      </w:pPr>
      <w:proofErr w:type="spellStart"/>
      <w:r w:rsidRPr="007E3051">
        <w:rPr>
          <w:rFonts w:ascii="Times New Roman" w:hAnsi="Times New Roman"/>
          <w:bCs/>
          <w:szCs w:val="20"/>
        </w:rPr>
        <w:t>privind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începerea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execuției</w:t>
      </w:r>
      <w:proofErr w:type="spellEnd"/>
      <w:r w:rsidRPr="007E3051">
        <w:rPr>
          <w:rFonts w:ascii="Times New Roman" w:hAnsi="Times New Roman"/>
          <w:bCs/>
          <w:szCs w:val="20"/>
        </w:rPr>
        <w:t xml:space="preserve"> </w:t>
      </w:r>
      <w:proofErr w:type="spellStart"/>
      <w:r w:rsidRPr="007E3051">
        <w:rPr>
          <w:rFonts w:ascii="Times New Roman" w:hAnsi="Times New Roman"/>
          <w:bCs/>
          <w:szCs w:val="20"/>
        </w:rPr>
        <w:t>lucrărilor</w:t>
      </w:r>
      <w:proofErr w:type="spellEnd"/>
    </w:p>
    <w:tbl>
      <w:tblPr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2A57DE" w:rsidRPr="007844EA" w14:paraId="1D12CB13" w14:textId="77777777" w:rsidTr="0020207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5853ACA3" w14:textId="77777777" w:rsidR="002A57DE" w:rsidRPr="007844EA" w:rsidRDefault="002A57DE" w:rsidP="005A67B9">
            <w:pPr>
              <w:spacing w:before="20"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20207E" w:rsidRPr="007844EA" w14:paraId="5D5D8091" w14:textId="77777777" w:rsidTr="0020207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7527925F" w14:textId="77777777" w:rsidR="0020207E" w:rsidRPr="00E331DE" w:rsidRDefault="0020207E" w:rsidP="0020207E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20"/>
                <w:szCs w:val="28"/>
              </w:rPr>
            </w:pPr>
            <w:proofErr w:type="spellStart"/>
            <w:r w:rsidRPr="00E331DE">
              <w:rPr>
                <w:rFonts w:ascii="Times New Roman" w:hAnsi="Times New Roman"/>
                <w:b/>
                <w:color w:val="004682"/>
                <w:sz w:val="20"/>
                <w:szCs w:val="28"/>
              </w:rPr>
              <w:t>Instituția</w:t>
            </w:r>
            <w:proofErr w:type="spellEnd"/>
          </w:p>
          <w:p w14:paraId="68714B2A" w14:textId="0A274B83" w:rsidR="0020207E" w:rsidRPr="007844EA" w:rsidRDefault="0020207E" w:rsidP="0020207E">
            <w:pPr>
              <w:spacing w:after="20" w:line="240" w:lineRule="auto"/>
              <w:rPr>
                <w:sz w:val="24"/>
                <w:szCs w:val="24"/>
              </w:rPr>
            </w:pPr>
            <w:r w:rsidRPr="00FB7A09">
              <w:rPr>
                <w:rFonts w:ascii="Times New Roman" w:hAnsi="Times New Roman"/>
                <w:b/>
                <w:bCs/>
                <w:i/>
                <w:color w:val="787878"/>
                <w:sz w:val="18"/>
                <w:szCs w:val="28"/>
              </w:rPr>
              <w:t>PRIMARIA COMUNEI PRAID</w:t>
            </w:r>
          </w:p>
        </w:tc>
      </w:tr>
      <w:tr w:rsidR="0020207E" w:rsidRPr="007844EA" w14:paraId="733AC7F4" w14:textId="77777777" w:rsidTr="0020207E">
        <w:trPr>
          <w:jc w:val="center"/>
        </w:trPr>
        <w:tc>
          <w:tcPr>
            <w:tcW w:w="10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50" w:type="dxa"/>
              <w:bottom w:w="20" w:type="dxa"/>
              <w:right w:w="50" w:type="dxa"/>
            </w:tcMar>
          </w:tcPr>
          <w:p w14:paraId="671A339C" w14:textId="3506866E" w:rsidR="0020207E" w:rsidRPr="007844EA" w:rsidRDefault="0020207E" w:rsidP="0020207E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Către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primarul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comunei</w:t>
            </w:r>
            <w:proofErr w:type="spellEnd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 xml:space="preserve"> </w:t>
            </w:r>
            <w:proofErr w:type="spellStart"/>
            <w:r w:rsidRPr="00FB7A09">
              <w:rPr>
                <w:rFonts w:ascii="Times New Roman" w:hAnsi="Times New Roman"/>
                <w:b/>
                <w:bCs/>
                <w:i/>
                <w:sz w:val="18"/>
                <w:szCs w:val="28"/>
              </w:rPr>
              <w:t>Praid</w:t>
            </w:r>
            <w:proofErr w:type="spellEnd"/>
          </w:p>
        </w:tc>
      </w:tr>
    </w:tbl>
    <w:p w14:paraId="10A2AD89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FD1AB0" w:rsidRPr="002A57DE" w14:paraId="1FD69826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BE80A0E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 xml:space="preserve">2. </w:t>
            </w: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SOLICITANTUL</w:t>
            </w:r>
          </w:p>
        </w:tc>
      </w:tr>
      <w:tr w:rsidR="00FD1AB0" w:rsidRPr="002A57DE" w14:paraId="02DFC4F4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697B43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 și prenume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4E93D42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FD1AB0" w:rsidRPr="002A57DE" w14:paraId="7BA51D6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D936C0D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Act de identitate</w:t>
            </w:r>
          </w:p>
        </w:tc>
      </w:tr>
      <w:tr w:rsidR="00FD1AB0" w:rsidRPr="002A57DE" w14:paraId="7E89E0CA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865810A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9140BEA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119DB1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7F6B4FB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FD1AB0" w:rsidRPr="002A57DE" w14:paraId="296CCC3E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A819CE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</w:p>
        </w:tc>
      </w:tr>
      <w:tr w:rsidR="00FD1AB0" w:rsidRPr="002A57DE" w14:paraId="273AEF18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DE43233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666B9E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 / orașul / comuna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6DF6918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 / sectorul</w:t>
            </w:r>
          </w:p>
        </w:tc>
      </w:tr>
      <w:tr w:rsidR="00FD1AB0" w:rsidRPr="002A57DE" w14:paraId="70FA8AC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AF344F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1A951A9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7AE6E0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9BFCDC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2E45F1F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4C60135A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1CD34B40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</w:t>
            </w: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ara</w:t>
            </w:r>
          </w:p>
        </w:tc>
      </w:tr>
      <w:tr w:rsidR="00FD1AB0" w:rsidRPr="002A57DE" w14:paraId="6DD8CC61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56AAB46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FD1AB0" w:rsidRPr="002A57DE" w14:paraId="3E7B76A2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31259F13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1" w:type="dxa"/>
              <w:left w:w="30" w:type="dxa"/>
              <w:bottom w:w="11" w:type="dxa"/>
              <w:right w:w="30" w:type="dxa"/>
            </w:tcMar>
          </w:tcPr>
          <w:p w14:paraId="0B545CD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</w:tbl>
    <w:p w14:paraId="2182F15B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9D0924F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3771F4FE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 xml:space="preserve">3. TITULAR AL </w:t>
            </w: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AUTORIZAȚIEI DE CONSTRUIRE/DESFIINȚARE</w:t>
            </w:r>
          </w:p>
        </w:tc>
      </w:tr>
      <w:tr w:rsidR="00FD1AB0" w:rsidRPr="002A57DE" w14:paraId="2A151C0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189B8F7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B89B48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Din 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CDF358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Emisă de</w:t>
            </w:r>
          </w:p>
        </w:tc>
      </w:tr>
      <w:tr w:rsidR="00FD1AB0" w:rsidRPr="002A57DE" w14:paraId="124381BB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6E1749E" w14:textId="77777777" w:rsidR="00FD1AB0" w:rsidRPr="002A57DE" w:rsidRDefault="00E35A6C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i/>
                <w:sz w:val="16"/>
                <w:szCs w:val="24"/>
              </w:rPr>
              <w:t>emisă pentru executarea lucrărilor de construcții privind construirea / desființarea construcțiilor și amenajărilor</w:t>
            </w:r>
          </w:p>
        </w:tc>
      </w:tr>
      <w:tr w:rsidR="00FD1AB0" w:rsidRPr="002A57DE" w14:paraId="7183E157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2D49C7B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 xml:space="preserve">Denumirea lucrării, capacitatea și categoria de lucrări din </w:t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autorizație</w:t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br/>
            </w:r>
          </w:p>
        </w:tc>
      </w:tr>
      <w:tr w:rsidR="00FD1AB0" w:rsidRPr="002A57DE" w14:paraId="2986943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B68AB75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 valoare de (lei)</w:t>
            </w:r>
          </w:p>
        </w:tc>
      </w:tr>
      <w:tr w:rsidR="00FD1AB0" w:rsidRPr="002A57DE" w14:paraId="03E92F4A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2AF13E21" w14:textId="77777777" w:rsidR="00FD1AB0" w:rsidRPr="002A57DE" w:rsidRDefault="00E35A6C">
            <w:pPr>
              <w:spacing w:before="40" w:after="40" w:line="240" w:lineRule="auto"/>
              <w:jc w:val="center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ADUC LA CUNOȘTINȚĂ</w:t>
            </w:r>
            <w:r w:rsidRPr="002A57DE">
              <w:rPr>
                <w:rFonts w:ascii="Times New Roman" w:hAnsi="Times New Roman"/>
                <w:b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sz w:val="18"/>
                <w:szCs w:val="24"/>
              </w:rPr>
              <w:t>Că la data de _______________ ora ________ vor începe lucrările de construcții autorizate</w:t>
            </w:r>
            <w:r w:rsidRPr="002A57DE">
              <w:rPr>
                <w:rFonts w:ascii="Times New Roman" w:hAnsi="Times New Roman"/>
                <w:sz w:val="18"/>
                <w:szCs w:val="24"/>
              </w:rPr>
              <w:br/>
              <w:t>pentru imobilul de mai jos</w:t>
            </w:r>
          </w:p>
        </w:tc>
      </w:tr>
    </w:tbl>
    <w:p w14:paraId="23C7DF4F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912"/>
        <w:gridCol w:w="2736"/>
        <w:gridCol w:w="912"/>
        <w:gridCol w:w="1824"/>
        <w:gridCol w:w="1824"/>
      </w:tblGrid>
      <w:tr w:rsidR="00FD1AB0" w:rsidRPr="002A57DE" w14:paraId="22F90744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5CEA0BB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4. IMOBILUL</w:t>
            </w:r>
          </w:p>
        </w:tc>
      </w:tr>
      <w:tr w:rsidR="00FD1AB0" w:rsidRPr="002A57DE" w14:paraId="6665EA66" w14:textId="77777777">
        <w:trPr>
          <w:jc w:val="center"/>
        </w:trPr>
        <w:tc>
          <w:tcPr>
            <w:tcW w:w="10944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69893AB" w14:textId="77777777" w:rsidR="00FD1AB0" w:rsidRPr="002A57DE" w:rsidRDefault="00E35A6C">
            <w:pPr>
              <w:spacing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sz w:val="18"/>
                <w:szCs w:val="24"/>
              </w:rPr>
              <w:t>☐</w:t>
            </w:r>
            <w:r w:rsidRPr="002A57DE">
              <w:rPr>
                <w:rFonts w:ascii="Times New Roman" w:hAnsi="Times New Roman"/>
                <w:sz w:val="18"/>
                <w:szCs w:val="24"/>
              </w:rPr>
              <w:t xml:space="preserve"> teren     ☐ construcții</w:t>
            </w:r>
          </w:p>
        </w:tc>
      </w:tr>
      <w:tr w:rsidR="00FD1AB0" w:rsidRPr="002A57DE" w14:paraId="23F0D1E6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EDE3EBE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5F19EA3F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 / oraș / comună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03C4A08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Sat / </w:t>
            </w: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</w:t>
            </w:r>
          </w:p>
        </w:tc>
      </w:tr>
      <w:tr w:rsidR="00FD1AB0" w:rsidRPr="002A57DE" w14:paraId="6F03A7A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68B138D9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poștal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1DED251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C376670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446197A6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Bl. / sc. / et. / ap.</w:t>
            </w:r>
          </w:p>
        </w:tc>
      </w:tr>
      <w:tr w:rsidR="00FD1AB0" w:rsidRPr="002A57DE" w14:paraId="25E74F5B" w14:textId="77777777">
        <w:trPr>
          <w:jc w:val="center"/>
        </w:trPr>
        <w:tc>
          <w:tcPr>
            <w:tcW w:w="638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7A437E2B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cadastral</w:t>
            </w: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2A57DE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imobilul e înscris în e-Terra</w:t>
            </w:r>
          </w:p>
        </w:tc>
        <w:tc>
          <w:tcPr>
            <w:tcW w:w="456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0" w:type="dxa"/>
              <w:bottom w:w="10" w:type="dxa"/>
              <w:right w:w="30" w:type="dxa"/>
            </w:tcMar>
          </w:tcPr>
          <w:p w14:paraId="0A4C22FF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Carte funciară nr.</w:t>
            </w:r>
          </w:p>
        </w:tc>
      </w:tr>
    </w:tbl>
    <w:p w14:paraId="35DC0ACF" w14:textId="77777777" w:rsidR="00FD1AB0" w:rsidRPr="002A57DE" w:rsidRDefault="00FD1AB0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FD1AB0" w:rsidRPr="002A57DE" w14:paraId="2F86369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5977C3E" w14:textId="77777777" w:rsidR="00FD1AB0" w:rsidRPr="002A57DE" w:rsidRDefault="00E35A6C">
            <w:pPr>
              <w:spacing w:before="10" w:after="1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sz w:val="18"/>
                <w:szCs w:val="24"/>
              </w:rPr>
              <w:t>5. DATA ȘI SEMNĂTURA</w:t>
            </w:r>
          </w:p>
        </w:tc>
      </w:tr>
      <w:tr w:rsidR="00FD1AB0" w:rsidRPr="002A57DE" w14:paraId="029D094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4AE8C6B9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5F1C83D1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Titularul autorizației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0" w:type="dxa"/>
              <w:bottom w:w="22" w:type="dxa"/>
              <w:right w:w="30" w:type="dxa"/>
            </w:tcMar>
          </w:tcPr>
          <w:p w14:paraId="63F9D63F" w14:textId="77777777" w:rsidR="00FD1AB0" w:rsidRPr="002A57DE" w:rsidRDefault="00E35A6C">
            <w:pPr>
              <w:spacing w:after="0" w:line="240" w:lineRule="auto"/>
              <w:rPr>
                <w:sz w:val="24"/>
                <w:szCs w:val="24"/>
              </w:rPr>
            </w:pPr>
            <w:r w:rsidRPr="002A57DE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</w:p>
        </w:tc>
      </w:tr>
    </w:tbl>
    <w:p w14:paraId="5D78B856" w14:textId="77777777" w:rsidR="00FD1AB0" w:rsidRPr="002A57DE" w:rsidRDefault="00E35A6C">
      <w:pPr>
        <w:spacing w:before="60" w:after="0" w:line="240" w:lineRule="auto"/>
        <w:rPr>
          <w:sz w:val="24"/>
          <w:szCs w:val="24"/>
        </w:rPr>
      </w:pPr>
      <w:r w:rsidRPr="002A57DE">
        <w:rPr>
          <w:rFonts w:ascii="Times New Roman" w:hAnsi="Times New Roman"/>
          <w:i/>
          <w:color w:val="3C3C3C"/>
          <w:sz w:val="16"/>
          <w:szCs w:val="24"/>
        </w:rPr>
        <w:t xml:space="preserve">Formularul se anexează la autorizația de </w:t>
      </w:r>
      <w:r w:rsidRPr="002A57DE">
        <w:rPr>
          <w:rFonts w:ascii="Times New Roman" w:hAnsi="Times New Roman"/>
          <w:i/>
          <w:color w:val="3C3C3C"/>
          <w:sz w:val="16"/>
          <w:szCs w:val="24"/>
        </w:rPr>
        <w:t>construire/desființare în două exemplare. Titularul autorizației este obligat să păstreze pe șantier un exemplar al acestei înștiințări, cu numărul și data înregistrării la autoritatea emitentă.</w:t>
      </w:r>
    </w:p>
    <w:sectPr w:rsidR="00FD1AB0" w:rsidRPr="002A57DE" w:rsidSect="00716742">
      <w:headerReference w:type="default" r:id="rId9"/>
      <w:footerReference w:type="default" r:id="rId10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883C2" w14:textId="77777777" w:rsidR="00E35A6C" w:rsidRDefault="00E35A6C">
      <w:pPr>
        <w:spacing w:after="0" w:line="240" w:lineRule="auto"/>
      </w:pPr>
      <w:r>
        <w:separator/>
      </w:r>
    </w:p>
  </w:endnote>
  <w:endnote w:type="continuationSeparator" w:id="0">
    <w:p w14:paraId="188CAA29" w14:textId="77777777" w:rsidR="00E35A6C" w:rsidRDefault="00E35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DA6AD" w14:textId="77777777" w:rsidR="00FD1AB0" w:rsidRDefault="00E35A6C">
    <w:pPr>
      <w:pStyle w:val="llb"/>
      <w:jc w:val="center"/>
    </w:pPr>
    <w:r>
      <w:rPr>
        <w:rFonts w:ascii="Times New Roman" w:hAnsi="Times New Roman"/>
        <w:color w:val="646464"/>
        <w:sz w:val="16"/>
      </w:rPr>
      <w:t xml:space="preserve">F_A_08 · </w:t>
    </w:r>
    <w:proofErr w:type="spellStart"/>
    <w:r>
      <w:rPr>
        <w:rFonts w:ascii="Times New Roman" w:hAnsi="Times New Roman"/>
        <w:color w:val="646464"/>
        <w:sz w:val="16"/>
      </w:rPr>
      <w:t>versiunea</w:t>
    </w:r>
    <w:proofErr w:type="spellEnd"/>
    <w:r>
      <w:rPr>
        <w:rFonts w:ascii="Times New Roman" w:hAnsi="Times New Roman"/>
        <w:color w:val="646464"/>
        <w:sz w:val="16"/>
      </w:rPr>
      <w:t xml:space="preserve"> 1.0                                                  </w:t>
    </w:r>
    <w:proofErr w:type="spellStart"/>
    <w:r>
      <w:rPr>
        <w:rFonts w:ascii="Times New Roman" w:hAnsi="Times New Roman"/>
        <w:color w:val="646464"/>
        <w:sz w:val="16"/>
      </w:rPr>
      <w:t>pagina</w:t>
    </w:r>
    <w:proofErr w:type="spellEnd"/>
    <w:r>
      <w:rPr>
        <w:rFonts w:ascii="Times New Roman" w:hAnsi="Times New Roman"/>
        <w:color w:val="646464"/>
        <w:sz w:val="16"/>
      </w:rPr>
      <w:t xml:space="preserve"> 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C11B4" w14:textId="77777777" w:rsidR="00E35A6C" w:rsidRDefault="00E35A6C">
      <w:pPr>
        <w:spacing w:after="0" w:line="240" w:lineRule="auto"/>
      </w:pPr>
      <w:r>
        <w:separator/>
      </w:r>
    </w:p>
  </w:footnote>
  <w:footnote w:type="continuationSeparator" w:id="0">
    <w:p w14:paraId="71AE0866" w14:textId="77777777" w:rsidR="00E35A6C" w:rsidRDefault="00E35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52CE" w14:textId="1DF8C02E" w:rsidR="00FD1AB0" w:rsidRDefault="00E35A6C">
    <w:pPr>
      <w:pStyle w:val="lfej"/>
      <w:jc w:val="right"/>
    </w:pPr>
    <w:r>
      <w:rPr>
        <w:rFonts w:ascii="Times New Roman" w:hAnsi="Times New Roman"/>
        <w:b/>
        <w:sz w:val="19"/>
      </w:rPr>
      <w:t>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0A95"/>
    <w:rsid w:val="00200FFD"/>
    <w:rsid w:val="0020207E"/>
    <w:rsid w:val="0029639D"/>
    <w:rsid w:val="002A57DE"/>
    <w:rsid w:val="00321B9A"/>
    <w:rsid w:val="00326F90"/>
    <w:rsid w:val="00716742"/>
    <w:rsid w:val="007E3051"/>
    <w:rsid w:val="00AA1D8D"/>
    <w:rsid w:val="00B47730"/>
    <w:rsid w:val="00CB0664"/>
    <w:rsid w:val="00D96895"/>
    <w:rsid w:val="00E35A6C"/>
    <w:rsid w:val="00FC693F"/>
    <w:rsid w:val="00FD1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B87FFC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Attila Bokor</cp:lastModifiedBy>
  <cp:revision>5</cp:revision>
  <dcterms:created xsi:type="dcterms:W3CDTF">2013-12-23T23:15:00Z</dcterms:created>
  <dcterms:modified xsi:type="dcterms:W3CDTF">2026-09-03T08:57:00Z</dcterms:modified>
  <cp:category/>
</cp:coreProperties>
</file>