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20207E" w:rsidRPr="007844EA" w14:paraId="69A43FBB" w14:textId="77777777" w:rsidTr="00FE4392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52D74E9" w14:textId="77777777" w:rsidR="0020207E" w:rsidRPr="007844EA" w:rsidRDefault="0020207E" w:rsidP="00FE4392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3B6EFB5" wp14:editId="2C16C999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BEACC16" w14:textId="77777777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 Harghita</w:t>
            </w:r>
          </w:p>
        </w:tc>
      </w:tr>
      <w:tr w:rsidR="0020207E" w:rsidRPr="007844EA" w14:paraId="1C072716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D2DDDAC" w14:textId="77777777" w:rsidR="0020207E" w:rsidRPr="007844EA" w:rsidRDefault="0020207E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39DE92C" w14:textId="466A3ED2" w:rsidR="0020207E" w:rsidRPr="007844EA" w:rsidRDefault="00580C10" w:rsidP="00FE4392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Inspectoratul de Stat în Construcții - I.S.C.</w:t>
            </w:r>
          </w:p>
        </w:tc>
      </w:tr>
      <w:tr w:rsidR="0020207E" w:rsidRPr="007844EA" w14:paraId="2CE1B112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9733242" w14:textId="77777777" w:rsidR="0020207E" w:rsidRPr="007844EA" w:rsidRDefault="0020207E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35C01D1" w14:textId="77777777" w:rsidR="0020207E" w:rsidRPr="007844EA" w:rsidRDefault="0020207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de identificare fiscală (CIF)</w:t>
            </w:r>
          </w:p>
          <w:p w14:paraId="6BBE81B8" w14:textId="0C08E4E0" w:rsidR="0020207E" w:rsidRPr="007844EA" w:rsidRDefault="00580C10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4245968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9C7C10A" w14:textId="46811B5A" w:rsidR="0020207E" w:rsidRDefault="0020207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Adresa oficială :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580C10"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Miercurea-Ciuc, Strada Petőfi Sándor, nr. 8, județul Harghita</w:t>
            </w:r>
            <w:r w:rsid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,R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omânia</w:t>
            </w:r>
          </w:p>
          <w:p w14:paraId="7F45945D" w14:textId="0E9FA05C" w:rsidR="0020207E" w:rsidRPr="007844EA" w:rsidRDefault="0020207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</w:t>
            </w:r>
            <w:r w:rsidR="00580C10"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0753 063 360</w:t>
            </w:r>
          </w:p>
          <w:p w14:paraId="2B59BE2E" w14:textId="28553BD1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="00580C10"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harghita@isc.gov.ro</w:t>
            </w:r>
          </w:p>
        </w:tc>
      </w:tr>
      <w:tr w:rsidR="0020207E" w:rsidRPr="007844EA" w14:paraId="6F7FC4DF" w14:textId="77777777" w:rsidTr="00FE4392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952C884" w14:textId="77777777" w:rsidR="0020207E" w:rsidRPr="007844EA" w:rsidRDefault="0020207E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7E36D03" w14:textId="77777777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înregistrare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01C6FBC" w14:textId="77777777" w:rsidR="0020207E" w:rsidRDefault="0020207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  <w:p w14:paraId="5AD9C5A2" w14:textId="69223371" w:rsidR="00580C10" w:rsidRPr="007844EA" w:rsidRDefault="00580C10" w:rsidP="00FE4392">
            <w:pPr>
              <w:spacing w:after="20" w:line="240" w:lineRule="auto"/>
              <w:rPr>
                <w:sz w:val="24"/>
                <w:szCs w:val="24"/>
              </w:rPr>
            </w:pPr>
          </w:p>
        </w:tc>
      </w:tr>
      <w:tr w:rsidR="0020207E" w:rsidRPr="007844EA" w14:paraId="75BFA201" w14:textId="77777777" w:rsidTr="00FE4392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3B083DE" w14:textId="3310ADA0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se completează de autoritate — solicitantul nu scrie în această zonă</w:t>
            </w:r>
            <w:r w:rsidR="000D50A1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</w:tc>
      </w:tr>
    </w:tbl>
    <w:p w14:paraId="544EB3D2" w14:textId="0CC51E91" w:rsidR="007E3051" w:rsidRPr="007E3051" w:rsidRDefault="007E3051" w:rsidP="007E3051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E3051">
        <w:rPr>
          <w:rFonts w:ascii="Times New Roman" w:hAnsi="Times New Roman"/>
          <w:b/>
          <w:sz w:val="28"/>
          <w:szCs w:val="24"/>
        </w:rPr>
        <w:t>ÎNȘTIINȚARE</w:t>
      </w:r>
      <w:r w:rsidR="000D50A1" w:rsidRPr="000D50A1">
        <w:rPr>
          <w:rFonts w:ascii="Times New Roman" w:hAnsi="Times New Roman"/>
          <w:b/>
          <w:sz w:val="17"/>
        </w:rPr>
        <w:t xml:space="preserve"> </w:t>
      </w:r>
      <w:r w:rsidR="000D50A1">
        <w:rPr>
          <w:rFonts w:ascii="Times New Roman" w:hAnsi="Times New Roman"/>
          <w:b/>
          <w:sz w:val="17"/>
        </w:rPr>
        <w:t xml:space="preserve">  </w:t>
      </w:r>
    </w:p>
    <w:p w14:paraId="4E4281E9" w14:textId="2C650C85" w:rsidR="000D50A1" w:rsidRPr="000D50A1" w:rsidRDefault="000D50A1" w:rsidP="000D50A1">
      <w:pPr>
        <w:spacing w:before="80" w:after="60" w:line="240" w:lineRule="auto"/>
        <w:jc w:val="center"/>
        <w:rPr>
          <w:rFonts w:ascii="Times New Roman" w:hAnsi="Times New Roman"/>
          <w:sz w:val="17"/>
        </w:rPr>
      </w:pPr>
      <w:r w:rsidRPr="000D50A1">
        <w:rPr>
          <w:rFonts w:ascii="Times New Roman" w:hAnsi="Times New Roman"/>
          <w:b/>
        </w:rPr>
        <w:t xml:space="preserve">privind </w:t>
      </w:r>
      <w:r w:rsidR="009E6B23">
        <w:rPr>
          <w:rFonts w:ascii="Times New Roman" w:hAnsi="Times New Roman"/>
          <w:b/>
        </w:rPr>
        <w:t xml:space="preserve">încheierea </w:t>
      </w:r>
      <w:r w:rsidRPr="000D50A1">
        <w:rPr>
          <w:rFonts w:ascii="Times New Roman" w:hAnsi="Times New Roman"/>
          <w:b/>
        </w:rPr>
        <w:t>execuției lucrărilor (către I.S.C.)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2A57DE" w:rsidRPr="007844EA" w14:paraId="1D12CB13" w14:textId="77777777" w:rsidTr="0020207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853ACA3" w14:textId="77777777" w:rsidR="002A57DE" w:rsidRPr="007844EA" w:rsidRDefault="002A57DE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20207E" w:rsidRPr="007844EA" w14:paraId="5D5D8091" w14:textId="77777777" w:rsidTr="0020207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8714B2A" w14:textId="384AB4B0" w:rsidR="0020207E" w:rsidRPr="00E55B65" w:rsidRDefault="0020207E" w:rsidP="0020207E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</w:p>
        </w:tc>
      </w:tr>
      <w:tr w:rsidR="0020207E" w:rsidRPr="007844EA" w14:paraId="733AC7F4" w14:textId="77777777" w:rsidTr="0020207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1A339C" w14:textId="71D5ECD8" w:rsidR="0020207E" w:rsidRPr="007844EA" w:rsidRDefault="00E55B65" w:rsidP="0020207E">
            <w:pPr>
              <w:spacing w:after="20" w:line="240" w:lineRule="auto"/>
              <w:rPr>
                <w:sz w:val="24"/>
                <w:szCs w:val="24"/>
              </w:rPr>
            </w:pPr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 conducerea Inspectoratului Teritorial în Construcții</w:t>
            </w:r>
          </w:p>
        </w:tc>
      </w:tr>
    </w:tbl>
    <w:p w14:paraId="10A2AD89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D1AB0" w:rsidRPr="002A57DE" w14:paraId="1FD6982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BE80A0E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D1AB0" w:rsidRPr="002A57DE" w14:paraId="02DFC4F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697B43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4E93D42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D1AB0" w:rsidRPr="002A57DE" w14:paraId="7BA51D6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D936C0D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D1AB0" w:rsidRPr="002A57DE" w14:paraId="7E89E0CA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865810A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9140BEA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119DB1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7F6B4FB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D1AB0" w:rsidRPr="002A57DE" w14:paraId="296CCC3E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A819CE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D1AB0" w:rsidRPr="002A57DE" w14:paraId="273AEF1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DE43233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666B9E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DF6918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D1AB0" w:rsidRPr="002A57DE" w14:paraId="70FA8AC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AF344F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1A951A9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7AE6E0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9BFCDC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2E45F1F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C60135A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CD34B40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FD1AB0" w:rsidRPr="002A57DE" w14:paraId="6DD8CC6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6AAB46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D1AB0" w:rsidRPr="002A57DE" w14:paraId="3E7B76A2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1259F13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B545CD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82F15B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9D0924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771F4FE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3. TITULAR AL AUTORIZAȚIEI DE CONSTRUIRE/DESFIINȚARE</w:t>
            </w:r>
          </w:p>
        </w:tc>
      </w:tr>
      <w:tr w:rsidR="00FD1AB0" w:rsidRPr="002A57DE" w14:paraId="2A151C0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189B8F7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B89B48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F358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D1AB0" w:rsidRPr="002A57DE" w14:paraId="124381BB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0F020C5" w14:textId="46F3C18D" w:rsidR="009E6B23" w:rsidRPr="009E6B23" w:rsidRDefault="00934052">
            <w:pPr>
              <w:spacing w:after="1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sdt>
              <w:sdtPr>
                <w:rPr>
                  <w:rFonts w:ascii="Times New Roman" w:hAnsi="Times New Roman"/>
                  <w:b/>
                  <w:color w:val="004682"/>
                  <w:sz w:val="18"/>
                  <w:szCs w:val="24"/>
                </w:rPr>
                <w:id w:val="45885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6B23" w:rsidRPr="009E6B23">
                  <w:rPr>
                    <w:rFonts w:ascii="Segoe UI Symbol" w:hAnsi="Segoe UI Symbol" w:cs="Segoe UI Symbol"/>
                    <w:b/>
                    <w:color w:val="004682"/>
                    <w:sz w:val="18"/>
                    <w:szCs w:val="24"/>
                  </w:rPr>
                  <w:t>☐</w:t>
                </w:r>
              </w:sdtContent>
            </w:sdt>
            <w:r w:rsidR="009E6B23" w:rsidRPr="009E6B2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Obiectiv   </w:t>
            </w:r>
            <w:sdt>
              <w:sdtPr>
                <w:rPr>
                  <w:rFonts w:ascii="Times New Roman" w:hAnsi="Times New Roman"/>
                  <w:b/>
                  <w:color w:val="004682"/>
                  <w:sz w:val="18"/>
                  <w:szCs w:val="24"/>
                </w:rPr>
                <w:id w:val="47658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6B23" w:rsidRPr="009E6B23">
                  <w:rPr>
                    <w:rFonts w:ascii="Segoe UI Symbol" w:hAnsi="Segoe UI Symbol" w:cs="Segoe UI Symbol"/>
                    <w:b/>
                    <w:color w:val="004682"/>
                    <w:sz w:val="18"/>
                    <w:szCs w:val="24"/>
                  </w:rPr>
                  <w:t>☐</w:t>
                </w:r>
              </w:sdtContent>
            </w:sdt>
            <w:r w:rsidR="009E6B23" w:rsidRPr="009E6B2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Obiect</w:t>
            </w:r>
          </w:p>
          <w:p w14:paraId="2403F5A7" w14:textId="77777777" w:rsidR="009E6B23" w:rsidRDefault="009E6B23">
            <w:pPr>
              <w:spacing w:after="10" w:line="240" w:lineRule="auto"/>
              <w:rPr>
                <w:rFonts w:ascii="Times New Roman" w:hAnsi="Times New Roman"/>
                <w:i/>
                <w:sz w:val="16"/>
                <w:szCs w:val="24"/>
              </w:rPr>
            </w:pPr>
          </w:p>
          <w:p w14:paraId="06E1749E" w14:textId="1725E662" w:rsidR="00FD1AB0" w:rsidRPr="002A57DE" w:rsidRDefault="00E35A6C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D1AB0" w:rsidRPr="002A57DE" w14:paraId="7183E15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2D49C7B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Denumirea lucrării, capacitatea și categoria de lucrări din autorizație</w:t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  <w:tr w:rsidR="00FD1AB0" w:rsidRPr="002A57DE" w14:paraId="2986943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B68AB7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valoare de (lei)</w:t>
            </w:r>
          </w:p>
        </w:tc>
      </w:tr>
      <w:tr w:rsidR="00FD1AB0" w:rsidRPr="002A57DE" w14:paraId="03E92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AF13E21" w14:textId="06567A45" w:rsidR="00FD1AB0" w:rsidRPr="002A57DE" w:rsidRDefault="00E35A6C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2A57DE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="009E6B23" w:rsidRPr="009E6B23">
              <w:rPr>
                <w:rFonts w:ascii="Times New Roman" w:hAnsi="Times New Roman"/>
                <w:sz w:val="18"/>
                <w:szCs w:val="24"/>
              </w:rPr>
              <w:t>finalizarea lucrărilor autorizate.</w:t>
            </w:r>
          </w:p>
        </w:tc>
      </w:tr>
    </w:tbl>
    <w:p w14:paraId="48034372" w14:textId="77777777" w:rsidR="00473C34" w:rsidRPr="002A57DE" w:rsidRDefault="00473C34" w:rsidP="00473C34">
      <w:pPr>
        <w:spacing w:before="20" w:after="0"/>
        <w:rPr>
          <w:sz w:val="24"/>
          <w:szCs w:val="24"/>
        </w:rPr>
      </w:pPr>
    </w:p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833"/>
        <w:gridCol w:w="79"/>
        <w:gridCol w:w="3607"/>
        <w:gridCol w:w="41"/>
        <w:gridCol w:w="1824"/>
        <w:gridCol w:w="1824"/>
      </w:tblGrid>
      <w:tr w:rsidR="00FD1AB0" w:rsidRPr="002A57DE" w14:paraId="22F90744" w14:textId="77777777" w:rsidTr="009E6B23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5CEA0BB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D1AB0" w:rsidRPr="002A57DE" w14:paraId="6665EA66" w14:textId="77777777" w:rsidTr="009E6B23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69893AB" w14:textId="77777777" w:rsidR="00FD1AB0" w:rsidRPr="002A57DE" w:rsidRDefault="00E35A6C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D1AB0" w:rsidRPr="002A57DE" w14:paraId="23F0D1E6" w14:textId="77777777" w:rsidTr="009E6B23">
        <w:trPr>
          <w:jc w:val="center"/>
        </w:trPr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EDE3EB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F19EA3F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03C4A08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FD1AB0" w:rsidRPr="002A57DE" w14:paraId="6F03A7A6" w14:textId="77777777" w:rsidTr="009E6B23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B138D9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1DED251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C376670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9BA4976" w14:textId="77777777" w:rsidR="00FD1AB0" w:rsidRDefault="00E35A6C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  <w:p w14:paraId="446197A6" w14:textId="7DA18D65" w:rsidR="009E6B23" w:rsidRPr="002A57DE" w:rsidRDefault="009E6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E6B23" w:rsidRPr="002A57DE" w14:paraId="25E74F5B" w14:textId="77777777" w:rsidTr="009E6B23">
        <w:trPr>
          <w:jc w:val="center"/>
        </w:trPr>
        <w:tc>
          <w:tcPr>
            <w:tcW w:w="35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A437E2B" w14:textId="66D65A9D" w:rsidR="009E6B23" w:rsidRPr="002A57DE" w:rsidRDefault="009E6B23" w:rsidP="009E6B23">
            <w:pPr>
              <w:spacing w:after="0" w:line="240" w:lineRule="auto"/>
              <w:rPr>
                <w:sz w:val="24"/>
                <w:szCs w:val="24"/>
              </w:rPr>
            </w:pPr>
            <w:r w:rsidRPr="009E6B2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terenului (m²):</w:t>
            </w:r>
          </w:p>
        </w:tc>
        <w:tc>
          <w:tcPr>
            <w:tcW w:w="36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2325F2D" w14:textId="16765BF4" w:rsidR="009E6B23" w:rsidRPr="002A57DE" w:rsidRDefault="009E6B23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368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4C22FF" w14:textId="611023FF" w:rsidR="009E6B23" w:rsidRPr="002A57DE" w:rsidRDefault="009E6B23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35DC0ACF" w14:textId="097E7BAC" w:rsidR="00FD1AB0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10"/>
      </w:tblGrid>
      <w:tr w:rsidR="00473C34" w14:paraId="6BB63FE7" w14:textId="77777777" w:rsidTr="009E6B23">
        <w:trPr>
          <w:jc w:val="center"/>
        </w:trPr>
        <w:tc>
          <w:tcPr>
            <w:tcW w:w="10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31C19F6D" w14:textId="3E2A7932" w:rsidR="00473C34" w:rsidRPr="009E6B23" w:rsidRDefault="00473C34" w:rsidP="00473C34">
            <w:pPr>
              <w:pBdr>
                <w:bottom w:val="single" w:sz="4" w:space="1" w:color="auto"/>
              </w:pBdr>
              <w:shd w:val="clear" w:color="auto" w:fill="D9D9D9" w:themeFill="background1" w:themeFillShade="D9"/>
              <w:spacing w:before="10" w:after="10" w:line="240" w:lineRule="auto"/>
              <w:rPr>
                <w:rFonts w:ascii="Times New Roman" w:hAnsi="Times New Roman"/>
                <w:b/>
                <w:sz w:val="18"/>
                <w:szCs w:val="24"/>
                <w:highlight w:val="lightGray"/>
              </w:rPr>
            </w:pPr>
            <w:r w:rsidRPr="00473C34">
              <w:rPr>
                <w:rFonts w:ascii="Times New Roman" w:hAnsi="Times New Roman"/>
                <w:b/>
                <w:sz w:val="18"/>
                <w:szCs w:val="24"/>
                <w:highlight w:val="lightGray"/>
              </w:rPr>
              <w:t>5-</w:t>
            </w:r>
            <w:r w:rsidR="009E6B23">
              <w:rPr>
                <w:rFonts w:ascii="Times New Roman" w:hAnsi="Times New Roman"/>
                <w:b/>
                <w:sz w:val="18"/>
                <w:szCs w:val="24"/>
                <w:highlight w:val="lightGray"/>
              </w:rPr>
              <w:t>7</w:t>
            </w:r>
            <w:r w:rsidRPr="00473C34">
              <w:rPr>
                <w:rFonts w:ascii="Times New Roman" w:hAnsi="Times New Roman"/>
                <w:b/>
                <w:sz w:val="18"/>
                <w:szCs w:val="24"/>
                <w:highlight w:val="lightGray"/>
              </w:rPr>
              <w:t xml:space="preserve">. </w:t>
            </w:r>
            <w:r w:rsidR="009E6B23" w:rsidRPr="009E6B23">
              <w:rPr>
                <w:rFonts w:ascii="Times New Roman" w:hAnsi="Times New Roman"/>
                <w:b/>
                <w:sz w:val="18"/>
                <w:szCs w:val="24"/>
                <w:highlight w:val="lightGray"/>
              </w:rPr>
              <w:t>VALOAREA REALĂ ȘI ANEXE</w:t>
            </w:r>
          </w:p>
          <w:p w14:paraId="5130D246" w14:textId="77777777" w:rsidR="009E6B23" w:rsidRPr="009E6B23" w:rsidRDefault="009E6B23" w:rsidP="009E6B23">
            <w:pPr>
              <w:spacing w:after="20"/>
              <w:rPr>
                <w:rFonts w:ascii="Times New Roman" w:hAnsi="Times New Roman"/>
                <w:sz w:val="18"/>
                <w:szCs w:val="18"/>
              </w:rPr>
            </w:pPr>
            <w:r w:rsidRPr="009E6B2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5. Înștiințare începere</w:t>
            </w:r>
            <w:r w:rsidRPr="009E6B23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54873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E6B23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9E6B23">
              <w:rPr>
                <w:rFonts w:ascii="Times New Roman" w:hAnsi="Times New Roman"/>
                <w:sz w:val="18"/>
                <w:szCs w:val="18"/>
              </w:rPr>
              <w:t xml:space="preserve"> copie ISC  </w:t>
            </w: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-38980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E6B23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9E6B23">
              <w:rPr>
                <w:rFonts w:ascii="Times New Roman" w:hAnsi="Times New Roman"/>
                <w:sz w:val="18"/>
                <w:szCs w:val="18"/>
              </w:rPr>
              <w:t xml:space="preserve"> nu a fost depusă</w:t>
            </w:r>
          </w:p>
          <w:p w14:paraId="6C0DE279" w14:textId="17C647DE" w:rsidR="00473C34" w:rsidRPr="00615925" w:rsidRDefault="009E6B23" w:rsidP="009E6B23">
            <w:pPr>
              <w:spacing w:after="20"/>
              <w:rPr>
                <w:sz w:val="18"/>
                <w:szCs w:val="18"/>
              </w:rPr>
            </w:pPr>
            <w:r w:rsidRPr="009E6B2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6. Valoare reală executată</w:t>
            </w:r>
            <w:r w:rsidRPr="009E6B23">
              <w:rPr>
                <w:rFonts w:ascii="Times New Roman" w:hAnsi="Times New Roman"/>
                <w:sz w:val="18"/>
                <w:szCs w:val="18"/>
              </w:rPr>
              <w:t xml:space="preserve"> (fără TVA): .....</w:t>
            </w:r>
            <w:r>
              <w:rPr>
                <w:rFonts w:ascii="Times New Roman" w:hAnsi="Times New Roman"/>
                <w:sz w:val="18"/>
                <w:szCs w:val="18"/>
              </w:rPr>
              <w:t>.............</w:t>
            </w:r>
            <w:r w:rsidRPr="009E6B23">
              <w:rPr>
                <w:rFonts w:ascii="Times New Roman" w:hAnsi="Times New Roman"/>
                <w:sz w:val="18"/>
                <w:szCs w:val="18"/>
              </w:rPr>
              <w:t>..... lei.</w:t>
            </w:r>
            <w:r w:rsidRPr="009E6B23">
              <w:rPr>
                <w:rFonts w:ascii="Times New Roman" w:hAnsi="Times New Roman"/>
                <w:sz w:val="18"/>
                <w:szCs w:val="18"/>
              </w:rPr>
              <w:br/>
            </w:r>
            <w:r w:rsidRPr="009E6B2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7. ANEXE</w:t>
            </w:r>
            <w:r w:rsidRPr="009E6B23">
              <w:rPr>
                <w:rFonts w:ascii="Times New Roman" w:hAnsi="Times New Roman"/>
                <w:sz w:val="18"/>
                <w:szCs w:val="18"/>
              </w:rPr>
              <w:t>: cota 0,1% finală, diferență cotă 0,5% ISC (art. 352 Cod), CI/CIF, adresă regularizare primărie.</w:t>
            </w:r>
          </w:p>
        </w:tc>
      </w:tr>
    </w:tbl>
    <w:p w14:paraId="403B565D" w14:textId="77777777" w:rsidR="00473C34" w:rsidRPr="002A57DE" w:rsidRDefault="00473C34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F86369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5977C3E" w14:textId="72BFC852" w:rsidR="00FD1AB0" w:rsidRPr="002A57DE" w:rsidRDefault="009E6B23">
            <w:pPr>
              <w:spacing w:before="10" w:after="1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8</w:t>
            </w:r>
            <w:r w:rsidR="00E35A6C" w:rsidRPr="002A57DE">
              <w:rPr>
                <w:rFonts w:ascii="Times New Roman" w:hAnsi="Times New Roman"/>
                <w:b/>
                <w:sz w:val="18"/>
                <w:szCs w:val="24"/>
              </w:rPr>
              <w:t>. DATA ȘI SEMNĂTURA</w:t>
            </w:r>
          </w:p>
        </w:tc>
      </w:tr>
      <w:tr w:rsidR="00FD1AB0" w:rsidRPr="002A57DE" w14:paraId="029D094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AE8C6B9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F1C83D1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125D3BF3" w14:textId="77777777" w:rsidR="00FD1AB0" w:rsidRDefault="00E35A6C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  <w:p w14:paraId="09B8A94F" w14:textId="77777777" w:rsidR="00615925" w:rsidRDefault="00615925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</w:p>
          <w:p w14:paraId="63F9D63F" w14:textId="1DD183C4" w:rsidR="00615925" w:rsidRPr="002A57DE" w:rsidRDefault="0061592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D78B856" w14:textId="190ED683" w:rsidR="00FD1AB0" w:rsidRDefault="00FD1AB0" w:rsidP="006A7D0B">
      <w:pPr>
        <w:spacing w:before="60" w:after="0" w:line="240" w:lineRule="auto"/>
        <w:rPr>
          <w:rFonts w:ascii="Times New Roman" w:hAnsi="Times New Roman"/>
          <w:i/>
          <w:color w:val="3C3C3C"/>
          <w:sz w:val="16"/>
          <w:szCs w:val="24"/>
        </w:rPr>
      </w:pPr>
    </w:p>
    <w:sectPr w:rsidR="00FD1AB0" w:rsidSect="00716742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777F1" w14:textId="77777777" w:rsidR="00934052" w:rsidRDefault="00934052">
      <w:pPr>
        <w:spacing w:after="0" w:line="240" w:lineRule="auto"/>
      </w:pPr>
      <w:r>
        <w:separator/>
      </w:r>
    </w:p>
  </w:endnote>
  <w:endnote w:type="continuationSeparator" w:id="0">
    <w:p w14:paraId="1092880A" w14:textId="77777777" w:rsidR="00934052" w:rsidRDefault="00934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DA6AD" w14:textId="6B096BD1" w:rsidR="00FD1AB0" w:rsidRPr="00E55B65" w:rsidRDefault="00E35A6C" w:rsidP="00E55B65">
    <w:pPr>
      <w:pStyle w:val="llb"/>
      <w:jc w:val="center"/>
      <w:rPr>
        <w:rFonts w:ascii="Times New Roman" w:hAnsi="Times New Roman"/>
        <w:color w:val="646464"/>
        <w:sz w:val="16"/>
      </w:rPr>
    </w:pPr>
    <w:r>
      <w:rPr>
        <w:rFonts w:ascii="Times New Roman" w:hAnsi="Times New Roman"/>
        <w:color w:val="646464"/>
        <w:sz w:val="16"/>
      </w:rPr>
      <w:t>F_A_</w:t>
    </w:r>
    <w:r w:rsidR="00E55B65">
      <w:rPr>
        <w:rFonts w:ascii="Times New Roman" w:hAnsi="Times New Roman"/>
        <w:color w:val="646464"/>
        <w:sz w:val="16"/>
      </w:rPr>
      <w:t>11</w:t>
    </w:r>
    <w:r>
      <w:rPr>
        <w:rFonts w:ascii="Times New Roman" w:hAnsi="Times New Roman"/>
        <w:color w:val="646464"/>
        <w:sz w:val="16"/>
      </w:rPr>
      <w:t xml:space="preserve"> · versiunea 1.0                                                  pagina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0680A" w14:textId="77777777" w:rsidR="00934052" w:rsidRDefault="00934052">
      <w:pPr>
        <w:spacing w:after="0" w:line="240" w:lineRule="auto"/>
      </w:pPr>
      <w:r>
        <w:separator/>
      </w:r>
    </w:p>
  </w:footnote>
  <w:footnote w:type="continuationSeparator" w:id="0">
    <w:p w14:paraId="0E3CE85B" w14:textId="77777777" w:rsidR="00934052" w:rsidRDefault="00934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52CE" w14:textId="065C6D20" w:rsidR="00FD1AB0" w:rsidRDefault="009F3353" w:rsidP="009F3353">
    <w:pPr>
      <w:pStyle w:val="lfej"/>
      <w:jc w:val="center"/>
    </w:pPr>
    <w:r w:rsidRPr="000D50A1">
      <w:rPr>
        <w:rFonts w:ascii="Times New Roman" w:hAnsi="Times New Roman"/>
        <w:b/>
        <w:bCs/>
        <w:i/>
        <w:sz w:val="16"/>
        <w:szCs w:val="24"/>
      </w:rPr>
      <w:t>F_A_</w:t>
    </w:r>
    <w:r w:rsidR="009E6B23">
      <w:rPr>
        <w:rFonts w:ascii="Times New Roman" w:hAnsi="Times New Roman"/>
        <w:b/>
        <w:bCs/>
        <w:i/>
        <w:sz w:val="16"/>
        <w:szCs w:val="24"/>
      </w:rPr>
      <w:t>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0A1"/>
    <w:rsid w:val="00117ADF"/>
    <w:rsid w:val="0015074B"/>
    <w:rsid w:val="001D0A95"/>
    <w:rsid w:val="00200FFD"/>
    <w:rsid w:val="0020207E"/>
    <w:rsid w:val="0025518C"/>
    <w:rsid w:val="0029639D"/>
    <w:rsid w:val="002A57DE"/>
    <w:rsid w:val="00321B9A"/>
    <w:rsid w:val="00326F90"/>
    <w:rsid w:val="00473C34"/>
    <w:rsid w:val="00580C10"/>
    <w:rsid w:val="00615925"/>
    <w:rsid w:val="006A7D0B"/>
    <w:rsid w:val="00716742"/>
    <w:rsid w:val="007E3051"/>
    <w:rsid w:val="00934052"/>
    <w:rsid w:val="009E6B23"/>
    <w:rsid w:val="009F3353"/>
    <w:rsid w:val="00AA1D8D"/>
    <w:rsid w:val="00B47730"/>
    <w:rsid w:val="00CB0664"/>
    <w:rsid w:val="00D96895"/>
    <w:rsid w:val="00E35A6C"/>
    <w:rsid w:val="00E55B65"/>
    <w:rsid w:val="00EC21E9"/>
    <w:rsid w:val="00EF3D7F"/>
    <w:rsid w:val="00FC693F"/>
    <w:rsid w:val="00F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87FFC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228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12</cp:revision>
  <dcterms:created xsi:type="dcterms:W3CDTF">2013-12-23T23:15:00Z</dcterms:created>
  <dcterms:modified xsi:type="dcterms:W3CDTF">2026-09-18T06:10:00Z</dcterms:modified>
  <cp:category/>
</cp:coreProperties>
</file>