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130BCB" w:rsidRPr="007844EA" w14:paraId="3DA14EC1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EC06610" w14:textId="77777777" w:rsidR="00130BCB" w:rsidRPr="007844EA" w:rsidRDefault="00130BCB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67DA52A" wp14:editId="6D360815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184F27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130BCB" w:rsidRPr="007844EA" w14:paraId="265AB86B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05715CE" w14:textId="77777777" w:rsidR="00130BCB" w:rsidRPr="007844EA" w:rsidRDefault="00130BCB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7EC7BEB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130BCB" w:rsidRPr="007844EA" w14:paraId="46EB135E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161B6BE" w14:textId="77777777" w:rsidR="00130BCB" w:rsidRPr="007844EA" w:rsidRDefault="00130BCB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CAC50A5" w14:textId="77777777" w:rsidR="00130BCB" w:rsidRPr="007844EA" w:rsidRDefault="00130BCB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199E9792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42981E8" w14:textId="77777777" w:rsidR="00130BCB" w:rsidRPr="007844EA" w:rsidRDefault="00130BCB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77699CDF" w14:textId="77777777" w:rsidR="00130BCB" w:rsidRDefault="00130BCB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29B41BB6" w14:textId="77777777" w:rsidR="00130BCB" w:rsidRPr="007844EA" w:rsidRDefault="00130BCB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7D97E2F7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130BCB" w:rsidRPr="007844EA" w14:paraId="1CB4E933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4352DDE2" w14:textId="77777777" w:rsidR="00130BCB" w:rsidRPr="007844EA" w:rsidRDefault="00130BCB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D16EDAF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3A93075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130BCB" w:rsidRPr="007844EA" w14:paraId="68A4D49E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3630432" w14:textId="77777777" w:rsidR="00130BCB" w:rsidRPr="007844EA" w:rsidRDefault="00130BCB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AF6568" w14:textId="77777777" w:rsidR="009D2C13" w:rsidRPr="009D2C13" w:rsidRDefault="009D2C13" w:rsidP="009D2C13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9D2C13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7E0DE2A5" w14:textId="73D22BB5" w:rsidR="00AD61E5" w:rsidRPr="007844EA" w:rsidRDefault="009D2C13" w:rsidP="009D2C13">
      <w:pPr>
        <w:spacing w:before="80" w:after="60" w:line="240" w:lineRule="auto"/>
        <w:jc w:val="center"/>
        <w:rPr>
          <w:sz w:val="24"/>
          <w:szCs w:val="24"/>
        </w:rPr>
      </w:pPr>
      <w:proofErr w:type="spellStart"/>
      <w:r w:rsidRPr="009D2C13">
        <w:rPr>
          <w:rFonts w:ascii="Times New Roman" w:hAnsi="Times New Roman"/>
          <w:b/>
          <w:sz w:val="28"/>
          <w:szCs w:val="24"/>
        </w:rPr>
        <w:t>privind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încheierea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execuției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lucrărilor</w:t>
      </w:r>
      <w:proofErr w:type="spellEnd"/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D61E5" w:rsidRPr="007844EA" w14:paraId="6634F76E" w14:textId="77777777" w:rsidTr="00130BCB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BCC741" w14:textId="77777777" w:rsidR="00AD61E5" w:rsidRPr="007844EA" w:rsidRDefault="00AD61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130BCB" w:rsidRPr="007844EA" w14:paraId="457A6A88" w14:textId="77777777" w:rsidTr="00130BCB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306FDCA" w14:textId="77777777" w:rsidR="00130BCB" w:rsidRPr="00E331DE" w:rsidRDefault="00130BCB" w:rsidP="00130BC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761CAF35" w14:textId="0E42EF0D" w:rsidR="00130BCB" w:rsidRPr="007844EA" w:rsidRDefault="00130BCB" w:rsidP="00130BCB">
            <w:pPr>
              <w:spacing w:after="20" w:line="240" w:lineRule="auto"/>
              <w:rPr>
                <w:sz w:val="24"/>
                <w:szCs w:val="24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130BCB" w:rsidRPr="007844EA" w14:paraId="67F3AF70" w14:textId="77777777" w:rsidTr="00130BCB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55BB00" w14:textId="08A41B5E" w:rsidR="00130BCB" w:rsidRPr="007844EA" w:rsidRDefault="00130BCB" w:rsidP="00130BCB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2DC0B1E9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24549" w:rsidRPr="00AD61E5" w14:paraId="500279C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4760DF6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24549" w:rsidRPr="00AD61E5" w14:paraId="6BB9EE96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07626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855B97E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24549" w:rsidRPr="00AD61E5" w14:paraId="262C362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702EC3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24549" w:rsidRPr="00AD61E5" w14:paraId="62B06357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927011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8609CC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6C441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7CAAC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24549" w:rsidRPr="00AD61E5" w14:paraId="616F6F2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3DFF2B9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24549" w:rsidRPr="00AD61E5" w14:paraId="04ED964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B093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CC11185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5CA17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24549" w:rsidRPr="00AD61E5" w14:paraId="05303800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9AC0F4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8D38BB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6A47CD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F554FBF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6E1029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12C46A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A9F1D3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24549" w:rsidRPr="00AD61E5" w14:paraId="439F2EB8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5E0FEE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24549" w:rsidRPr="00AD61E5" w14:paraId="5B5F6D4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0240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0322E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76F144AA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6CA7496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20E42D37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 / DESFIINȚARE</w:t>
            </w:r>
          </w:p>
        </w:tc>
      </w:tr>
      <w:tr w:rsidR="00F24549" w:rsidRPr="00AD61E5" w14:paraId="4831643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8B7FDF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7597994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53DFB50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24549" w:rsidRPr="00AD61E5" w14:paraId="40DBA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9DDE660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24549" w:rsidRPr="00AD61E5" w14:paraId="2FED6D9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6E08F7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24549" w:rsidRPr="00AD61E5" w14:paraId="62C0860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2917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24549" w:rsidRPr="00AD61E5" w14:paraId="4366CB9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0EE35CAB" w14:textId="77777777" w:rsidR="00F24549" w:rsidRPr="00AD61E5" w:rsidRDefault="00501CDD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AD61E5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sz w:val="18"/>
                <w:szCs w:val="24"/>
              </w:rPr>
              <w:t>Că la data de _______________ ora ________ au fost finalizate lucrările de construcții autorizate</w:t>
            </w:r>
            <w:r w:rsidRPr="00AD61E5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599D0D8F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24549" w:rsidRPr="00AD61E5" w14:paraId="13ABA209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791E1F81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24549" w:rsidRPr="00AD61E5" w14:paraId="0B1782A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3A73E4A6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24549" w:rsidRPr="00AD61E5" w14:paraId="01BF867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1FFD26E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DCA2FA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092FB4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24549" w:rsidRPr="00AD61E5" w14:paraId="596F7C70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B95BC9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70223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DDFF3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19482E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24549" w:rsidRPr="00AD61E5" w14:paraId="0477B8E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505B3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6BD3A7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7FFC2936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4549" w:rsidRPr="00AD61E5" w14:paraId="501C661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C5F388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5. CONVOCAREA COMISIEI DE RECEPȚIE</w:t>
            </w:r>
          </w:p>
        </w:tc>
      </w:tr>
      <w:tr w:rsidR="00F24549" w:rsidRPr="00AD61E5" w14:paraId="38F4CC7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6C84AD2F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Se convoacă comisia de recepție la terminarea lucrărilor, la data ____________________ ora ________</w:t>
            </w:r>
          </w:p>
        </w:tc>
      </w:tr>
    </w:tbl>
    <w:p w14:paraId="225432AB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154CF26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3288A43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F24549" w:rsidRPr="00AD61E5" w14:paraId="5894C2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3FC068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369329D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6B994F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E03764A" w14:textId="77777777" w:rsidR="00686D6D" w:rsidRPr="00AD61E5" w:rsidRDefault="00686D6D">
      <w:pPr>
        <w:rPr>
          <w:sz w:val="24"/>
          <w:szCs w:val="24"/>
        </w:rPr>
      </w:pPr>
    </w:p>
    <w:sectPr w:rsidR="00686D6D" w:rsidRPr="00AD61E5" w:rsidSect="005A3293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5AA24" w14:textId="77777777" w:rsidR="00E53E05" w:rsidRDefault="00E53E05">
      <w:pPr>
        <w:spacing w:after="0" w:line="240" w:lineRule="auto"/>
      </w:pPr>
      <w:r>
        <w:separator/>
      </w:r>
    </w:p>
  </w:endnote>
  <w:endnote w:type="continuationSeparator" w:id="0">
    <w:p w14:paraId="5481C9C3" w14:textId="77777777" w:rsidR="00E53E05" w:rsidRDefault="00E5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16ACA" w14:textId="77777777" w:rsidR="00F24549" w:rsidRDefault="00501CDD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F_A_10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1D0D9" w14:textId="77777777" w:rsidR="00E53E05" w:rsidRDefault="00E53E05">
      <w:pPr>
        <w:spacing w:after="0" w:line="240" w:lineRule="auto"/>
      </w:pPr>
      <w:r>
        <w:separator/>
      </w:r>
    </w:p>
  </w:footnote>
  <w:footnote w:type="continuationSeparator" w:id="0">
    <w:p w14:paraId="515D5DE0" w14:textId="77777777" w:rsidR="00E53E05" w:rsidRDefault="00E5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BCB"/>
    <w:rsid w:val="0015074B"/>
    <w:rsid w:val="00200FFD"/>
    <w:rsid w:val="0029639D"/>
    <w:rsid w:val="00326F90"/>
    <w:rsid w:val="00501CDD"/>
    <w:rsid w:val="005A3293"/>
    <w:rsid w:val="00686D6D"/>
    <w:rsid w:val="00827DB9"/>
    <w:rsid w:val="008C4840"/>
    <w:rsid w:val="009D2C13"/>
    <w:rsid w:val="00AA1D8D"/>
    <w:rsid w:val="00AD61E5"/>
    <w:rsid w:val="00B47730"/>
    <w:rsid w:val="00CB0664"/>
    <w:rsid w:val="00E53E05"/>
    <w:rsid w:val="00F245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F040E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5</cp:revision>
  <cp:lastPrinted>2026-08-28T06:23:00Z</cp:lastPrinted>
  <dcterms:created xsi:type="dcterms:W3CDTF">2013-12-23T23:15:00Z</dcterms:created>
  <dcterms:modified xsi:type="dcterms:W3CDTF">2026-09-03T08:58:00Z</dcterms:modified>
  <cp:category/>
</cp:coreProperties>
</file>